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6005" w14:textId="77777777" w:rsidR="00FC274E" w:rsidRDefault="00000000">
      <w:pPr>
        <w:pStyle w:val="aa"/>
        <w:keepLines/>
        <w:spacing w:after="130" w:line="260" w:lineRule="auto"/>
        <w:jc w:val="center"/>
      </w:pPr>
      <w:r>
        <w:rPr>
          <w:rFonts w:ascii="Calibri" w:eastAsia="Calibri" w:hAnsi="Calibri" w:cs="Calibri"/>
          <w:b/>
          <w:caps w:val="0"/>
          <w:color w:val="000000"/>
          <w:spacing w:val="0"/>
          <w:sz w:val="32"/>
        </w:rPr>
        <w:t>DOTAZNÍK PRO NÁVRH BATERIOVÉHO ÚLOŽIŠTĚ BESS</w:t>
      </w:r>
    </w:p>
    <w:p w14:paraId="014D887F" w14:textId="77777777" w:rsidR="00FC274E" w:rsidRDefault="00000000">
      <w:pPr>
        <w:keepLines/>
        <w:spacing w:before="0" w:after="140" w:line="260" w:lineRule="auto"/>
        <w:jc w:val="center"/>
      </w:pPr>
      <w:r>
        <w:rPr>
          <w:rFonts w:ascii="Calibri" w:eastAsia="Calibri" w:hAnsi="Calibri" w:cs="Calibri"/>
          <w:color w:val="000000"/>
          <w:sz w:val="21"/>
        </w:rPr>
        <w:t>Prvotní sběr údajů pro koncepční návrh</w:t>
      </w:r>
    </w:p>
    <w:p w14:paraId="167A1A19" w14:textId="77777777" w:rsidR="00FC274E" w:rsidRDefault="00000000">
      <w:pPr>
        <w:keepLines/>
        <w:spacing w:before="0" w:after="100" w:line="260" w:lineRule="auto"/>
      </w:pPr>
      <w:r>
        <w:rPr>
          <w:rFonts w:ascii="Calibri" w:eastAsia="Calibri" w:hAnsi="Calibri" w:cs="Calibri"/>
          <w:color w:val="000000"/>
        </w:rPr>
        <w:t>Děkujeme za váš zájem o spolupráci se společností ARAS STAR s.r.o. Cílem dotazníku je získat základní obchodní, provozní a technické informace pro přípravu koncepčního návrhu bateriového úložiště.</w:t>
      </w:r>
    </w:p>
    <w:p w14:paraId="65480021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</w:rPr>
        <w:t>Vyplňte prosím pouze údaje, které znáte nebo máte k dispozici. Neznámá pole můžete ponechat prázdná nebo označit „Nevím“. K jakémukoli bodu můžete připojit volný komentář či vysvětlení, přímo u otázky nebo v poznámkách na konci. Údaje lze doplnit později.</w:t>
      </w:r>
    </w:p>
    <w:p w14:paraId="1639EF89" w14:textId="77777777" w:rsidR="00FC274E" w:rsidRDefault="00000000">
      <w:pPr>
        <w:keepLines/>
        <w:spacing w:before="0" w:after="100" w:line="260" w:lineRule="auto"/>
      </w:pPr>
      <w:r>
        <w:rPr>
          <w:rFonts w:ascii="Calibri" w:eastAsia="Calibri" w:hAnsi="Calibri" w:cs="Calibri"/>
          <w:color w:val="000000"/>
        </w:rPr>
        <w:t>Dotazník je rozdělen na základní informace, technické podklady a organizaci projektu.</w:t>
      </w:r>
    </w:p>
    <w:p w14:paraId="47A70807" w14:textId="77777777" w:rsidR="00FC274E" w:rsidRDefault="00000000">
      <w:pPr>
        <w:pStyle w:val="1"/>
        <w:keepNext/>
        <w:keepLines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t>A  ZÁKLADNÍ INFORMACE A CÍLE</w:t>
      </w:r>
    </w:p>
    <w:p w14:paraId="6DEBC34A" w14:textId="77777777" w:rsidR="00FC274E" w:rsidRDefault="00000000">
      <w:pPr>
        <w:keepNext/>
        <w:keepLines/>
        <w:spacing w:before="0" w:after="100" w:line="260" w:lineRule="auto"/>
      </w:pPr>
      <w:r>
        <w:rPr>
          <w:rFonts w:ascii="Calibri" w:eastAsia="Calibri" w:hAnsi="Calibri" w:cs="Calibri"/>
          <w:color w:val="000000"/>
        </w:rPr>
        <w:t>Tuto část může vyplnit kontaktní osoba. Stačí běžně dostupné údaje a vaše představa o využití baterie.</w:t>
      </w:r>
    </w:p>
    <w:p w14:paraId="08AFEA6B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A1  Společnost a objekt</w:t>
      </w:r>
    </w:p>
    <w:p w14:paraId="5FC0BA26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Název společnosti: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__________________________________________________</w:t>
      </w:r>
    </w:p>
    <w:p w14:paraId="7FB2353E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IČO / DIČ: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__________________________________________________</w:t>
      </w:r>
    </w:p>
    <w:p w14:paraId="72B18BDF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Kontaktní osoba a funkce: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__________________________________________________</w:t>
      </w:r>
    </w:p>
    <w:p w14:paraId="204FF010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Telefon / e-mail: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__________________________________________________</w:t>
      </w:r>
    </w:p>
    <w:p w14:paraId="35B947A4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Název objektu a popis činnosti: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__________________________________________________</w:t>
      </w:r>
    </w:p>
    <w:p w14:paraId="1FFE3067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Přesná adresa objektu: </w:t>
      </w:r>
      <w:r>
        <w:rPr>
          <w:rFonts w:ascii="Calibri" w:eastAsia="Calibri" w:hAnsi="Calibri" w:cs="Calibri"/>
          <w:color w:val="000000"/>
          <w:sz w:val="21"/>
        </w:rPr>
        <w:t>ulice a č. p. / č. o.: _________________________________</w:t>
      </w:r>
    </w:p>
    <w:p w14:paraId="7593A061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Obec / PSČ: </w:t>
      </w:r>
      <w:r>
        <w:rPr>
          <w:rFonts w:ascii="Calibri" w:eastAsia="Calibri" w:hAnsi="Calibri" w:cs="Calibri"/>
          <w:color w:val="000000"/>
          <w:sz w:val="21"/>
        </w:rPr>
        <w:t>________________________________  PSČ: ______________</w:t>
      </w:r>
    </w:p>
    <w:p w14:paraId="3B7C9596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Lokalizace: </w:t>
      </w:r>
      <w:r>
        <w:rPr>
          <w:rFonts w:ascii="Calibri" w:eastAsia="Calibri" w:hAnsi="Calibri" w:cs="Calibri"/>
          <w:color w:val="000000"/>
          <w:sz w:val="21"/>
        </w:rPr>
        <w:t>GPS / odkaz na mapu: __________________________________</w:t>
      </w:r>
    </w:p>
    <w:p w14:paraId="35836825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Katastrální území a parcelní číslo: </w:t>
      </w:r>
      <w:r>
        <w:rPr>
          <w:rFonts w:ascii="Calibri" w:eastAsia="Calibri" w:hAnsi="Calibri" w:cs="Calibri"/>
          <w:color w:val="000000"/>
          <w:sz w:val="21"/>
        </w:rPr>
        <w:t>________________________________________</w:t>
      </w:r>
    </w:p>
    <w:p w14:paraId="0D3F2651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Vlastník objektu / pozemku, pokud je jiný: </w:t>
      </w:r>
      <w:r>
        <w:rPr>
          <w:rFonts w:ascii="Calibri" w:eastAsia="Calibri" w:hAnsi="Calibri" w:cs="Calibri"/>
          <w:color w:val="000000"/>
          <w:sz w:val="21"/>
        </w:rPr>
        <w:t>________________________________</w:t>
      </w:r>
    </w:p>
    <w:p w14:paraId="730335D2" w14:textId="77777777" w:rsidR="0059691D" w:rsidRDefault="0059691D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</w:pPr>
    </w:p>
    <w:p w14:paraId="4AADA0DB" w14:textId="2B12B8B6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A</w:t>
      </w:r>
      <w:r w:rsidR="00EB198D"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2 Co</w:t>
      </w: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 xml:space="preserve"> od bateriového úložiště očekáváte</w:t>
      </w:r>
    </w:p>
    <w:p w14:paraId="0200CA94" w14:textId="77777777" w:rsidR="00FC274E" w:rsidRDefault="00000000">
      <w:pPr>
        <w:keepLines/>
        <w:spacing w:before="0" w:after="60" w:line="260" w:lineRule="auto"/>
      </w:pPr>
      <w:r>
        <w:rPr>
          <w:rFonts w:ascii="Calibri" w:eastAsia="Calibri" w:hAnsi="Calibri" w:cs="Calibri"/>
          <w:color w:val="000000"/>
        </w:rPr>
        <w:t>Zaškrtněte všechny zvažované možnosti a níže uveďte hlavní prioritu.</w:t>
      </w:r>
    </w:p>
    <w:p w14:paraId="73683B25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Zvažovaný scénář</w:t>
      </w:r>
    </w:p>
    <w:p w14:paraId="00B2012B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Vlastní spotřeba / optimalizace odběru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Snížení špiček odběru (peak shaving)</w:t>
      </w:r>
    </w:p>
    <w:p w14:paraId="47E38971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Spolupráce s FVE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Služby výkonové rovnováhy (SVR) / agregace flexibility</w:t>
      </w:r>
    </w:p>
    <w:p w14:paraId="7F1C7E14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Obchodování s elektřinou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Záložní napájení (backup)</w:t>
      </w:r>
    </w:p>
    <w:p w14:paraId="031DBC41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Kombinace více scénářů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Potřebuji doporučení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Jiný: _________________</w:t>
      </w:r>
    </w:p>
    <w:p w14:paraId="26CBCE2D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Hlavní priorita a očekávaný přínos: </w:t>
      </w:r>
      <w:r>
        <w:rPr>
          <w:rFonts w:ascii="Calibri" w:eastAsia="Calibri" w:hAnsi="Calibri" w:cs="Calibri"/>
          <w:color w:val="000000"/>
          <w:sz w:val="21"/>
        </w:rPr>
        <w:t>________________________________________</w:t>
      </w:r>
    </w:p>
    <w:p w14:paraId="73B14F8A" w14:textId="77777777" w:rsidR="00FC274E" w:rsidRDefault="00000000">
      <w:pPr>
        <w:pStyle w:val="1"/>
        <w:keepNext/>
        <w:keepLines/>
        <w:pageBreakBefore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lastRenderedPageBreak/>
        <w:t>A  ZÁKLADNÍ INFORMACE A CÍLE — POKRAČOVÁNÍ</w:t>
      </w:r>
    </w:p>
    <w:p w14:paraId="74456501" w14:textId="4CF348AE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A</w:t>
      </w:r>
      <w:r w:rsidR="00EB198D"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3 Provoz</w:t>
      </w: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 xml:space="preserve"> objektu a náklady na elektřinu</w:t>
      </w:r>
    </w:p>
    <w:p w14:paraId="2540CB94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Roční spotřeba ze sítě / rok údajů: </w:t>
      </w:r>
      <w:r>
        <w:rPr>
          <w:rFonts w:ascii="Calibri" w:eastAsia="Calibri" w:hAnsi="Calibri" w:cs="Calibri"/>
          <w:color w:val="000000"/>
          <w:sz w:val="21"/>
        </w:rPr>
        <w:t>________ MWh/rok; rok ________</w:t>
      </w:r>
    </w:p>
    <w:p w14:paraId="41CEBC1D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Maximální odběr a obvyklý odběr: </w:t>
      </w:r>
      <w:r>
        <w:rPr>
          <w:rFonts w:ascii="Calibri" w:eastAsia="Calibri" w:hAnsi="Calibri" w:cs="Calibri"/>
          <w:color w:val="000000"/>
          <w:sz w:val="21"/>
        </w:rPr>
        <w:t>maximum ________ kW; obvyklý ________ kW</w:t>
      </w:r>
    </w:p>
    <w:p w14:paraId="33138C16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Provozní doba a počet směn: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</w:t>
      </w:r>
    </w:p>
    <w:p w14:paraId="0FF202E2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Kdy bývá spotřeba nejvyšší?</w:t>
      </w:r>
    </w:p>
    <w:p w14:paraId="5265583D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Den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Noc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Pracovní dny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Víkendy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Léto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Zima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14F70896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Dostupná data o spotřebě</w:t>
      </w:r>
    </w:p>
    <w:p w14:paraId="64110F99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Faktury / roční vyúčtování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Průběh spotřeby v 15min intervalech</w:t>
      </w:r>
    </w:p>
    <w:p w14:paraId="7D9047C1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Jiný interval: __________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Mohu zaslat dodatečně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Nemám k dispozici</w:t>
      </w:r>
    </w:p>
    <w:p w14:paraId="231DBBE3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Období a formát naměřených dat: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</w:t>
      </w:r>
    </w:p>
    <w:p w14:paraId="46BDC835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Dodavatel elektřiny / nákup: </w:t>
      </w:r>
      <w:r>
        <w:rPr>
          <w:rFonts w:ascii="Calibri" w:eastAsia="Calibri" w:hAnsi="Calibri" w:cs="Calibri"/>
          <w:color w:val="000000"/>
          <w:sz w:val="21"/>
        </w:rPr>
        <w:t>________________; ☐ Fixní cena ☐ Spot ☐ Jiné ______</w:t>
      </w:r>
    </w:p>
    <w:p w14:paraId="79B683CC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Cena elektřiny: </w:t>
      </w:r>
      <w:r>
        <w:rPr>
          <w:rFonts w:ascii="Calibri" w:eastAsia="Calibri" w:hAnsi="Calibri" w:cs="Calibri"/>
          <w:color w:val="000000"/>
          <w:sz w:val="21"/>
        </w:rPr>
        <w:t>______ Kč/kWh; ☐ silová ☐ celková; ☐ bez DPH ☐ s DPH</w:t>
      </w:r>
    </w:p>
    <w:p w14:paraId="69EB348C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Významné zátěže / omezení provozu: </w:t>
      </w:r>
      <w:r>
        <w:rPr>
          <w:rFonts w:ascii="Calibri" w:eastAsia="Calibri" w:hAnsi="Calibri" w:cs="Calibri"/>
          <w:color w:val="000000"/>
          <w:sz w:val="21"/>
        </w:rPr>
        <w:t>________________________________________</w:t>
      </w:r>
    </w:p>
    <w:p w14:paraId="7F4BE068" w14:textId="77777777" w:rsidR="00FC274E" w:rsidRDefault="00000000">
      <w:pPr>
        <w:keepLines/>
        <w:spacing w:before="40" w:after="12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1CECF829" w14:textId="77777777" w:rsidR="00FC274E" w:rsidRDefault="00000000">
      <w:pPr>
        <w:keepLines/>
        <w:spacing w:before="0" w:after="100" w:line="260" w:lineRule="auto"/>
      </w:pPr>
      <w:r>
        <w:rPr>
          <w:rFonts w:ascii="Calibri" w:eastAsia="Calibri" w:hAnsi="Calibri" w:cs="Calibri"/>
          <w:color w:val="000000"/>
        </w:rPr>
        <w:t>Údaje můžete převzít z faktury nebo vyúčtování. Podrobné měření lze doplnit později.</w:t>
      </w:r>
    </w:p>
    <w:p w14:paraId="4958041C" w14:textId="77777777" w:rsidR="0059691D" w:rsidRDefault="0059691D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</w:pPr>
    </w:p>
    <w:p w14:paraId="077CE917" w14:textId="77777777" w:rsidR="0059691D" w:rsidRDefault="0059691D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</w:pPr>
    </w:p>
    <w:p w14:paraId="49F8F278" w14:textId="7C89DC8A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A</w:t>
      </w:r>
      <w:r w:rsidR="00EB198D"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4 Plánované</w:t>
      </w: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 xml:space="preserve"> změny v objektu</w:t>
      </w:r>
    </w:p>
    <w:p w14:paraId="7553FF66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Růst výroby / spotřeby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Nová FVE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Rozšíření FVE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Nabíjení EV</w:t>
      </w:r>
    </w:p>
    <w:p w14:paraId="3279EB36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Rozšíření BESS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Změna provozu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Žádné známé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Jiné: ______________</w:t>
      </w:r>
    </w:p>
    <w:p w14:paraId="0A41338A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Rozsah změn a předpokládaný termín: </w:t>
      </w:r>
      <w:r>
        <w:rPr>
          <w:rFonts w:ascii="Calibri" w:eastAsia="Calibri" w:hAnsi="Calibri" w:cs="Calibri"/>
          <w:color w:val="000000"/>
          <w:sz w:val="21"/>
        </w:rPr>
        <w:t>______________________________________</w:t>
      </w:r>
    </w:p>
    <w:p w14:paraId="0262DC1A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Požadovaná rezerva pro budoucí rozšíření: </w:t>
      </w:r>
      <w:r>
        <w:rPr>
          <w:rFonts w:ascii="Calibri" w:eastAsia="Calibri" w:hAnsi="Calibri" w:cs="Calibri"/>
          <w:color w:val="000000"/>
          <w:sz w:val="21"/>
        </w:rPr>
        <w:t>___________________________________</w:t>
      </w:r>
    </w:p>
    <w:p w14:paraId="25A26FF1" w14:textId="77777777" w:rsidR="00FC274E" w:rsidRDefault="00000000">
      <w:pPr>
        <w:keepLines/>
        <w:spacing w:before="40" w:after="12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63AD479E" w14:textId="77777777" w:rsidR="00FC274E" w:rsidRDefault="00000000">
      <w:pPr>
        <w:keepLines/>
        <w:spacing w:before="0" w:after="14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</w:t>
      </w:r>
    </w:p>
    <w:p w14:paraId="09A16BCB" w14:textId="77777777" w:rsidR="00FC274E" w:rsidRDefault="00000000">
      <w:pPr>
        <w:keepLines/>
        <w:spacing w:before="0" w:after="14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</w:t>
      </w:r>
    </w:p>
    <w:p w14:paraId="10B0F3BC" w14:textId="77777777" w:rsidR="00FC274E" w:rsidRDefault="00000000">
      <w:pPr>
        <w:pStyle w:val="1"/>
        <w:keepNext/>
        <w:keepLines/>
        <w:pageBreakBefore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lastRenderedPageBreak/>
        <w:t>B  TECHNICKÉ INFORMACE</w:t>
      </w:r>
    </w:p>
    <w:p w14:paraId="6F83347B" w14:textId="77777777" w:rsidR="00FC274E" w:rsidRDefault="00000000">
      <w:pPr>
        <w:keepNext/>
        <w:keepLines/>
        <w:spacing w:before="0" w:after="100" w:line="260" w:lineRule="auto"/>
      </w:pPr>
      <w:r>
        <w:rPr>
          <w:rFonts w:ascii="Calibri" w:eastAsia="Calibri" w:hAnsi="Calibri" w:cs="Calibri"/>
          <w:color w:val="000000"/>
        </w:rPr>
        <w:t>Tuto část můžete předat elektrikáři, energetikovi nebo správci technologií. Vyplňte pouze známé údaje. Pokud specialistu nemáte nebo podklady nejsou dostupné, pole ponechte prázdná; další postup s vámi projdeme.</w:t>
      </w:r>
    </w:p>
    <w:p w14:paraId="178153F0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B1  Představa o velikosti a provozu úložiště</w:t>
      </w:r>
    </w:p>
    <w:p w14:paraId="577DDE66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Máte již představu o velikosti BESS?</w:t>
      </w:r>
    </w:p>
    <w:p w14:paraId="12C9E273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Ano, orientační údaje níže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Potřebuji doporučení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6600FEC3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AC výkon BESS při vybíjení / nabíjení: </w:t>
      </w:r>
      <w:r>
        <w:rPr>
          <w:rFonts w:ascii="Calibri" w:eastAsia="Calibri" w:hAnsi="Calibri" w:cs="Calibri"/>
          <w:color w:val="000000"/>
          <w:sz w:val="21"/>
        </w:rPr>
        <w:t>________ / ________  ☐ kW  ☐ MW</w:t>
      </w:r>
    </w:p>
    <w:p w14:paraId="4F3A6664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Kapacita úložiště: </w:t>
      </w:r>
      <w:r>
        <w:rPr>
          <w:rFonts w:ascii="Calibri" w:eastAsia="Calibri" w:hAnsi="Calibri" w:cs="Calibri"/>
          <w:color w:val="000000"/>
          <w:sz w:val="21"/>
        </w:rPr>
        <w:t>________ ☐ kWh ☐ MWh; ☐ využitelná ☐ jmenovitá ☐ nevím</w:t>
      </w:r>
    </w:p>
    <w:p w14:paraId="0E76E538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Požadovaná doba provozu při daném výkonu: </w:t>
      </w:r>
      <w:r>
        <w:rPr>
          <w:rFonts w:ascii="Calibri" w:eastAsia="Calibri" w:hAnsi="Calibri" w:cs="Calibri"/>
          <w:color w:val="000000"/>
          <w:sz w:val="21"/>
        </w:rPr>
        <w:t>________ hodin při ________ kW</w:t>
      </w:r>
    </w:p>
    <w:p w14:paraId="0244557D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Uvažovaný provoz: </w:t>
      </w:r>
      <w:r>
        <w:rPr>
          <w:rFonts w:ascii="Calibri" w:eastAsia="Calibri" w:hAnsi="Calibri" w:cs="Calibri"/>
          <w:color w:val="000000"/>
          <w:sz w:val="21"/>
        </w:rPr>
        <w:t>________ cyklů/den; režim: ______________________________</w:t>
      </w:r>
    </w:p>
    <w:p w14:paraId="12903C1C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Preferovaná technologie / dodavatel: </w:t>
      </w:r>
      <w:r>
        <w:rPr>
          <w:rFonts w:ascii="Calibri" w:eastAsia="Calibri" w:hAnsi="Calibri" w:cs="Calibri"/>
          <w:color w:val="000000"/>
          <w:sz w:val="21"/>
        </w:rPr>
        <w:t>_______________________________________</w:t>
      </w:r>
    </w:p>
    <w:p w14:paraId="425EAB48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Agregátor flexibility / obchodník, je-li vybrán: </w:t>
      </w:r>
      <w:r>
        <w:rPr>
          <w:rFonts w:ascii="Calibri" w:eastAsia="Calibri" w:hAnsi="Calibri" w:cs="Calibri"/>
          <w:color w:val="000000"/>
          <w:sz w:val="21"/>
        </w:rPr>
        <w:t>_______________________________</w:t>
      </w:r>
    </w:p>
    <w:p w14:paraId="44DDC0F9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Podmínky agregátora / požadovaná dostupnost: </w:t>
      </w:r>
      <w:r>
        <w:rPr>
          <w:rFonts w:ascii="Calibri" w:eastAsia="Calibri" w:hAnsi="Calibri" w:cs="Calibri"/>
          <w:color w:val="000000"/>
          <w:sz w:val="21"/>
        </w:rPr>
        <w:t>________________________________</w:t>
      </w:r>
    </w:p>
    <w:p w14:paraId="0A40E5CE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Při požadavku na backup: </w:t>
      </w:r>
      <w:r>
        <w:rPr>
          <w:rFonts w:ascii="Calibri" w:eastAsia="Calibri" w:hAnsi="Calibri" w:cs="Calibri"/>
          <w:color w:val="000000"/>
          <w:sz w:val="21"/>
        </w:rPr>
        <w:t>zálohovaná část / zátěže: __________________________</w:t>
      </w:r>
    </w:p>
    <w:p w14:paraId="76BCBF0A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Backup: </w:t>
      </w:r>
      <w:r>
        <w:rPr>
          <w:rFonts w:ascii="Calibri" w:eastAsia="Calibri" w:hAnsi="Calibri" w:cs="Calibri"/>
          <w:color w:val="000000"/>
          <w:sz w:val="21"/>
        </w:rPr>
        <w:t>výkon ______ kW; doba ______ h; přípustné přerušení ______ ☐ s ☐ min</w:t>
      </w:r>
    </w:p>
    <w:p w14:paraId="41F9CD1B" w14:textId="77777777" w:rsidR="00FC274E" w:rsidRDefault="00000000">
      <w:pPr>
        <w:keepLines/>
        <w:spacing w:before="40" w:after="120" w:line="2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4B274CB1" w14:textId="77777777" w:rsidR="0059691D" w:rsidRDefault="0059691D">
      <w:pPr>
        <w:keepLines/>
        <w:spacing w:before="40" w:after="120" w:line="260" w:lineRule="auto"/>
      </w:pPr>
    </w:p>
    <w:p w14:paraId="273E62FF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B2  Stávající a plánované zdroje energie</w:t>
      </w:r>
    </w:p>
    <w:p w14:paraId="1F68907A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Zdroje v objektu</w:t>
      </w:r>
    </w:p>
    <w:p w14:paraId="097B68DF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FVE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Kogenerace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Dieselagregát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Jiné: ______________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Žádné</w:t>
      </w:r>
    </w:p>
    <w:p w14:paraId="5E72F09A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FVE: </w:t>
      </w:r>
      <w:r>
        <w:rPr>
          <w:rFonts w:ascii="Calibri" w:eastAsia="Calibri" w:hAnsi="Calibri" w:cs="Calibri"/>
          <w:color w:val="000000"/>
          <w:sz w:val="21"/>
        </w:rPr>
        <w:t>☐ Stávající  ☐ Plánovaná; výkon ________ kWp; AC výkon ________ kW</w:t>
      </w:r>
    </w:p>
    <w:p w14:paraId="7A85299F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FVE: </w:t>
      </w:r>
      <w:r>
        <w:rPr>
          <w:rFonts w:ascii="Calibri" w:eastAsia="Calibri" w:hAnsi="Calibri" w:cs="Calibri"/>
          <w:color w:val="000000"/>
          <w:sz w:val="21"/>
        </w:rPr>
        <w:t>měniče / řízení ____________________; roční výroba ________ MWh</w:t>
      </w:r>
    </w:p>
    <w:p w14:paraId="619AA542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Další zdroje: </w:t>
      </w:r>
      <w:r>
        <w:rPr>
          <w:rFonts w:ascii="Calibri" w:eastAsia="Calibri" w:hAnsi="Calibri" w:cs="Calibri"/>
          <w:color w:val="000000"/>
          <w:sz w:val="21"/>
        </w:rPr>
        <w:t>typ / počet / výkon / způsob zapojení: __________________________</w:t>
      </w:r>
    </w:p>
    <w:p w14:paraId="04C2AF6B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Stávající baterie / UPS: </w:t>
      </w:r>
      <w:r>
        <w:rPr>
          <w:rFonts w:ascii="Calibri" w:eastAsia="Calibri" w:hAnsi="Calibri" w:cs="Calibri"/>
          <w:color w:val="000000"/>
          <w:sz w:val="21"/>
        </w:rPr>
        <w:t>výkon ________ kW; kapacita ________ kWh; typ __________</w:t>
      </w:r>
    </w:p>
    <w:p w14:paraId="3BD05890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Provoz zdrojů a dodávka přebytků do sítě: </w:t>
      </w:r>
      <w:r>
        <w:rPr>
          <w:rFonts w:ascii="Calibri" w:eastAsia="Calibri" w:hAnsi="Calibri" w:cs="Calibri"/>
          <w:color w:val="000000"/>
          <w:sz w:val="21"/>
        </w:rPr>
        <w:t>___________________________________</w:t>
      </w:r>
    </w:p>
    <w:p w14:paraId="42E26B19" w14:textId="77777777" w:rsidR="00FC274E" w:rsidRDefault="00000000">
      <w:pPr>
        <w:keepLines/>
        <w:spacing w:before="40" w:after="12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03336F4F" w14:textId="77777777" w:rsidR="00FC274E" w:rsidRDefault="00000000">
      <w:pPr>
        <w:keepLines/>
        <w:spacing w:before="0" w:after="14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</w:t>
      </w:r>
    </w:p>
    <w:p w14:paraId="6741D947" w14:textId="77777777" w:rsidR="00FC274E" w:rsidRDefault="00000000">
      <w:pPr>
        <w:pStyle w:val="1"/>
        <w:keepNext/>
        <w:keepLines/>
        <w:pageBreakBefore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lastRenderedPageBreak/>
        <w:t>B  TECHNICKÉ INFORMACE — POKRAČOVÁNÍ</w:t>
      </w:r>
    </w:p>
    <w:p w14:paraId="64395FBF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B3  Odběrné místo a připojení k síti</w:t>
      </w:r>
    </w:p>
    <w:p w14:paraId="081B02E6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color w:val="000000"/>
        </w:rPr>
        <w:t>Je-li v areálu více odběrných míst, uveďte údaje pro místo uvažované pro BESS. Pro nové připojení vyplňte pouze dostupné údaje; EAN dosud nemusí být přidělen.</w:t>
      </w:r>
    </w:p>
    <w:p w14:paraId="0F4AE33C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Uvažované připojení BESS</w:t>
      </w:r>
    </w:p>
    <w:p w14:paraId="46FC38AF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Stávající odběrné místo / výrobna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Nové samostatné připojení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55175AC7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Označení odběrného místa / číslo smlouvy o připojení: </w:t>
      </w:r>
      <w:r>
        <w:rPr>
          <w:rFonts w:ascii="Calibri" w:eastAsia="Calibri" w:hAnsi="Calibri" w:cs="Calibri"/>
          <w:color w:val="000000"/>
          <w:sz w:val="21"/>
        </w:rPr>
        <w:t>_________________________</w:t>
      </w:r>
    </w:p>
    <w:p w14:paraId="7C026FE3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EAN pro odběr: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________________________________________________________</w:t>
      </w:r>
    </w:p>
    <w:p w14:paraId="048B5161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EAN pro dodávku, pokud je přidělen: </w:t>
      </w:r>
      <w:r>
        <w:rPr>
          <w:rFonts w:ascii="Calibri" w:eastAsia="Calibri" w:hAnsi="Calibri" w:cs="Calibri"/>
          <w:color w:val="000000"/>
          <w:sz w:val="21"/>
        </w:rPr>
        <w:t>_______________________________________</w:t>
      </w:r>
    </w:p>
    <w:p w14:paraId="6FBD97BB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Adresa odběrného místa, pokud se liší od adresy objektu: </w:t>
      </w:r>
      <w:r>
        <w:rPr>
          <w:rFonts w:ascii="Calibri" w:eastAsia="Calibri" w:hAnsi="Calibri" w:cs="Calibri"/>
          <w:color w:val="000000"/>
          <w:sz w:val="21"/>
        </w:rPr>
        <w:t>_______________________</w:t>
      </w:r>
    </w:p>
    <w:p w14:paraId="5772C230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Distributor</w:t>
      </w:r>
    </w:p>
    <w:p w14:paraId="6890A2F2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ČEZ Distribuce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EG.D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PREdistribuce</w:t>
      </w:r>
    </w:p>
    <w:p w14:paraId="0FC81341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Lokální distribuční soustava / jiný: ______________________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09976954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Napěťová hladina připojení objektu</w:t>
      </w:r>
    </w:p>
    <w:p w14:paraId="10B05E49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NN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VN: ________ kV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VVN: ________ kV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591DD4C9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Typ fyzické přípojky / místa připojení k síti</w:t>
      </w:r>
    </w:p>
    <w:p w14:paraId="6878FAAF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Sloup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Kiosková TS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Jiná trafostanice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Přípojková skříň / rozvaděč</w:t>
      </w:r>
    </w:p>
    <w:p w14:paraId="0435F959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VN rozvaděč / pole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Jiné: ______________________________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25AB82C8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Přesné místo a označení přípojky: </w:t>
      </w:r>
      <w:r>
        <w:rPr>
          <w:rFonts w:ascii="Calibri" w:eastAsia="Calibri" w:hAnsi="Calibri" w:cs="Calibri"/>
          <w:color w:val="000000"/>
          <w:sz w:val="21"/>
        </w:rPr>
        <w:t>č. sloupu / TS / pole / rozvaděče: ______________</w:t>
      </w:r>
    </w:p>
    <w:p w14:paraId="3FC4F604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Umístění elektroměru / měřicího místa: </w:t>
      </w:r>
      <w:r>
        <w:rPr>
          <w:rFonts w:ascii="Calibri" w:eastAsia="Calibri" w:hAnsi="Calibri" w:cs="Calibri"/>
          <w:color w:val="000000"/>
          <w:sz w:val="21"/>
        </w:rPr>
        <w:t>_____________________________________</w:t>
      </w:r>
    </w:p>
    <w:p w14:paraId="021EDC9C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Hlavní jistič před elektroměrem: </w:t>
      </w:r>
      <w:r>
        <w:rPr>
          <w:rFonts w:ascii="Calibri" w:eastAsia="Calibri" w:hAnsi="Calibri" w:cs="Calibri"/>
          <w:color w:val="000000"/>
          <w:sz w:val="21"/>
        </w:rPr>
        <w:t>________ A; počet fází ________; typ __________</w:t>
      </w:r>
    </w:p>
    <w:p w14:paraId="75020863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Stávající rezervovaný příkon: </w:t>
      </w:r>
      <w:r>
        <w:rPr>
          <w:rFonts w:ascii="Calibri" w:eastAsia="Calibri" w:hAnsi="Calibri" w:cs="Calibri"/>
          <w:color w:val="000000"/>
          <w:sz w:val="21"/>
        </w:rPr>
        <w:t>NN: ________ A; VN/VVN: ________ ☐ kW ☐ MW</w:t>
      </w:r>
    </w:p>
    <w:p w14:paraId="6A08B540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Sjednaná rezervovaná kapacita, je-li relevantní: </w:t>
      </w:r>
      <w:r>
        <w:rPr>
          <w:rFonts w:ascii="Calibri" w:eastAsia="Calibri" w:hAnsi="Calibri" w:cs="Calibri"/>
          <w:color w:val="000000"/>
          <w:sz w:val="21"/>
        </w:rPr>
        <w:t>________ kW / MW; období _______</w:t>
      </w:r>
    </w:p>
    <w:p w14:paraId="6B1E4FC2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Stávající rezervovaný výkon pro dodávku do sítě: </w:t>
      </w:r>
      <w:r>
        <w:rPr>
          <w:rFonts w:ascii="Calibri" w:eastAsia="Calibri" w:hAnsi="Calibri" w:cs="Calibri"/>
          <w:color w:val="000000"/>
          <w:sz w:val="21"/>
        </w:rPr>
        <w:t>________  ☐ kW  ☐ MW</w:t>
      </w:r>
    </w:p>
    <w:p w14:paraId="04E6BAD1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Povolené přetoky / exportní limit: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</w:t>
      </w:r>
    </w:p>
    <w:p w14:paraId="2299A8C9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Stav připojení BESS u distributora</w:t>
      </w:r>
    </w:p>
    <w:p w14:paraId="7BECFE15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Zatím neřešeno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Podána žádost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Vydány podmínky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Uzavřena smlouva</w:t>
      </w:r>
    </w:p>
    <w:p w14:paraId="4DDC6E61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Známá omezení nebo požadované navýšení příkonu / výkonu: </w:t>
      </w:r>
      <w:r>
        <w:rPr>
          <w:rFonts w:ascii="Calibri" w:eastAsia="Calibri" w:hAnsi="Calibri" w:cs="Calibri"/>
          <w:color w:val="000000"/>
          <w:sz w:val="21"/>
        </w:rPr>
        <w:t>___________________</w:t>
      </w:r>
    </w:p>
    <w:p w14:paraId="1C8357BB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color w:val="000000"/>
        </w:rPr>
        <w:t>Hodnoty rezervovaného příkonu a výkonu lze převzít ze smlouvy o připojení. Pokud je neznáte, můžete místo jejich vyplnění přiložit smlouvu nebo dostupné podmínky připojení.</w:t>
      </w:r>
    </w:p>
    <w:p w14:paraId="75C96843" w14:textId="77777777" w:rsidR="00FC274E" w:rsidRDefault="00000000">
      <w:pPr>
        <w:keepLines/>
        <w:spacing w:before="40" w:after="8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4AB1CF8B" w14:textId="77777777" w:rsidR="00FC274E" w:rsidRDefault="00000000">
      <w:pPr>
        <w:pStyle w:val="1"/>
        <w:keepNext/>
        <w:keepLines/>
        <w:pageBreakBefore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lastRenderedPageBreak/>
        <w:t>B  TECHNICKÉ INFORMACE — POKRAČOVÁNÍ</w:t>
      </w:r>
    </w:p>
    <w:p w14:paraId="2273F56B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B4  Trafostanice a transformátory</w:t>
      </w:r>
    </w:p>
    <w:p w14:paraId="559ACF41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Trafostanice pro objekt</w:t>
      </w:r>
    </w:p>
    <w:p w14:paraId="2F0DD219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Vlastní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Distributora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Jiného vlastníka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Není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4041C89F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Označení TS, umístění a vlastník: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</w:t>
      </w:r>
    </w:p>
    <w:p w14:paraId="36BA56CD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Transformátor 1: </w:t>
      </w:r>
      <w:r>
        <w:rPr>
          <w:rFonts w:ascii="Calibri" w:eastAsia="Calibri" w:hAnsi="Calibri" w:cs="Calibri"/>
          <w:color w:val="000000"/>
          <w:sz w:val="21"/>
        </w:rPr>
        <w:t>výrobce / typ __________; výkon ________ kVA; napětí ____ / ____ kV</w:t>
      </w:r>
    </w:p>
    <w:p w14:paraId="25A0C48D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Transformátor 2: </w:t>
      </w:r>
      <w:r>
        <w:rPr>
          <w:rFonts w:ascii="Calibri" w:eastAsia="Calibri" w:hAnsi="Calibri" w:cs="Calibri"/>
          <w:color w:val="000000"/>
          <w:sz w:val="21"/>
        </w:rPr>
        <w:t>výrobce / typ __________; výkon ________ kVA; napětí ____ / ____ kV</w:t>
      </w:r>
    </w:p>
    <w:p w14:paraId="23A1130A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Další transformátory / rok výroby / stav: </w:t>
      </w:r>
      <w:r>
        <w:rPr>
          <w:rFonts w:ascii="Calibri" w:eastAsia="Calibri" w:hAnsi="Calibri" w:cs="Calibri"/>
          <w:color w:val="000000"/>
          <w:sz w:val="21"/>
        </w:rPr>
        <w:t>____________________________________</w:t>
      </w:r>
    </w:p>
    <w:p w14:paraId="75643AD9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Obvyklé / maximální zatížení a známá rezerva: </w:t>
      </w:r>
      <w:r>
        <w:rPr>
          <w:rFonts w:ascii="Calibri" w:eastAsia="Calibri" w:hAnsi="Calibri" w:cs="Calibri"/>
          <w:color w:val="000000"/>
          <w:sz w:val="21"/>
        </w:rPr>
        <w:t>________________________________</w:t>
      </w:r>
    </w:p>
    <w:p w14:paraId="21329D55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VN a NN pole, volné vývody a způsob provozu TS: </w:t>
      </w:r>
      <w:r>
        <w:rPr>
          <w:rFonts w:ascii="Calibri" w:eastAsia="Calibri" w:hAnsi="Calibri" w:cs="Calibri"/>
          <w:color w:val="000000"/>
          <w:sz w:val="21"/>
        </w:rPr>
        <w:t>____________________________</w:t>
      </w:r>
    </w:p>
    <w:p w14:paraId="2DCA7B28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Dostupná revize TS / transformátorů: </w:t>
      </w:r>
      <w:r>
        <w:rPr>
          <w:rFonts w:ascii="Calibri" w:eastAsia="Calibri" w:hAnsi="Calibri" w:cs="Calibri"/>
          <w:color w:val="000000"/>
          <w:sz w:val="21"/>
        </w:rPr>
        <w:t>datum __________; omezení _______________</w:t>
      </w:r>
    </w:p>
    <w:p w14:paraId="4BE366A0" w14:textId="77777777" w:rsidR="00FC274E" w:rsidRDefault="00000000">
      <w:pPr>
        <w:keepLines/>
        <w:spacing w:before="0" w:after="100" w:line="2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Máte-li více transformátorů, lze přiložit jejich seznam, štítky nebo jednopólové schéma.</w:t>
      </w:r>
    </w:p>
    <w:p w14:paraId="0B3A6FDF" w14:textId="77777777" w:rsidR="0059691D" w:rsidRDefault="0059691D">
      <w:pPr>
        <w:keepLines/>
        <w:spacing w:before="0" w:after="100" w:line="260" w:lineRule="auto"/>
      </w:pPr>
    </w:p>
    <w:p w14:paraId="6DE4F1B2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B5  Hlavní rozvaděč a bod připojení BESS</w:t>
      </w:r>
    </w:p>
    <w:p w14:paraId="0319373F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Hlavní rozvaděč: </w:t>
      </w:r>
      <w:r>
        <w:rPr>
          <w:rFonts w:ascii="Calibri" w:eastAsia="Calibri" w:hAnsi="Calibri" w:cs="Calibri"/>
          <w:color w:val="000000"/>
          <w:sz w:val="21"/>
        </w:rPr>
        <w:t>označení / umístění / výrobce: ______________________________</w:t>
      </w:r>
    </w:p>
    <w:p w14:paraId="79692FD8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Parametry rozvaděče: </w:t>
      </w:r>
      <w:r>
        <w:rPr>
          <w:rFonts w:ascii="Calibri" w:eastAsia="Calibri" w:hAnsi="Calibri" w:cs="Calibri"/>
          <w:color w:val="000000"/>
          <w:sz w:val="21"/>
        </w:rPr>
        <w:t>napětí ________ V; proud přípojnic ________ A; jištění ________</w:t>
      </w:r>
    </w:p>
    <w:p w14:paraId="535D6802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Volné místo / vývod pro BESS</w:t>
      </w:r>
    </w:p>
    <w:p w14:paraId="416BECEB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Ano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Nevím; dostupné místo / vývod: ______________________________</w:t>
      </w:r>
    </w:p>
    <w:p w14:paraId="646CC531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Uvažovaný bod připojení BESS uvnitř objektu: </w:t>
      </w:r>
      <w:r>
        <w:rPr>
          <w:rFonts w:ascii="Calibri" w:eastAsia="Calibri" w:hAnsi="Calibri" w:cs="Calibri"/>
          <w:color w:val="000000"/>
          <w:sz w:val="21"/>
        </w:rPr>
        <w:t>rozvaděč / pole / napětí: ____________</w:t>
      </w:r>
    </w:p>
    <w:p w14:paraId="3BD5D021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Síť NN a uzemnění: </w:t>
      </w:r>
      <w:r>
        <w:rPr>
          <w:rFonts w:ascii="Calibri" w:eastAsia="Calibri" w:hAnsi="Calibri" w:cs="Calibri"/>
          <w:color w:val="000000"/>
          <w:sz w:val="21"/>
        </w:rPr>
        <w:t>☐ TN-C ☐ TN-S ☐ TN-C-S ☐ Jiná / nevím; popis ____________</w:t>
      </w:r>
    </w:p>
    <w:p w14:paraId="149E47F9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Stav rozvaděče a poslední revize / zjištěná omezení: </w:t>
      </w:r>
      <w:r>
        <w:rPr>
          <w:rFonts w:ascii="Calibri" w:eastAsia="Calibri" w:hAnsi="Calibri" w:cs="Calibri"/>
          <w:color w:val="000000"/>
          <w:sz w:val="21"/>
        </w:rPr>
        <w:t>___________________________</w:t>
      </w:r>
    </w:p>
    <w:p w14:paraId="703E8D4C" w14:textId="77777777" w:rsidR="00FC274E" w:rsidRDefault="00000000">
      <w:pPr>
        <w:keepLines/>
        <w:spacing w:before="40" w:after="12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2ABFA102" w14:textId="77777777" w:rsidR="00FC274E" w:rsidRDefault="00000000">
      <w:pPr>
        <w:keepLines/>
        <w:spacing w:before="0" w:after="14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</w:t>
      </w:r>
    </w:p>
    <w:p w14:paraId="1490A212" w14:textId="77777777" w:rsidR="00FC274E" w:rsidRDefault="00000000">
      <w:pPr>
        <w:pStyle w:val="1"/>
        <w:keepNext/>
        <w:keepLines/>
        <w:pageBreakBefore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lastRenderedPageBreak/>
        <w:t>B  TECHNICKÉ INFORMACE — POKRAČOVÁNÍ</w:t>
      </w:r>
    </w:p>
    <w:p w14:paraId="0BA645F0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B6  Umístění úložiště a kabelové trasy</w:t>
      </w:r>
    </w:p>
    <w:p w14:paraId="04D5C0EA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Předpokládané umístění</w:t>
      </w:r>
    </w:p>
    <w:p w14:paraId="17567161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Venkovní kontejner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Venkovní skříně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Vnitřní prostor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Dle doporučení</w:t>
      </w:r>
    </w:p>
    <w:p w14:paraId="6A485BB2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Přesná poloha: </w:t>
      </w:r>
      <w:r>
        <w:rPr>
          <w:rFonts w:ascii="Calibri" w:eastAsia="Calibri" w:hAnsi="Calibri" w:cs="Calibri"/>
          <w:color w:val="000000"/>
          <w:sz w:val="21"/>
        </w:rPr>
        <w:t>budova / parcela / GPS / zakreslení do situace: __________________</w:t>
      </w:r>
    </w:p>
    <w:p w14:paraId="74F2A41C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Dostupný prostor: </w:t>
      </w:r>
      <w:r>
        <w:rPr>
          <w:rFonts w:ascii="Calibri" w:eastAsia="Calibri" w:hAnsi="Calibri" w:cs="Calibri"/>
          <w:color w:val="000000"/>
          <w:sz w:val="21"/>
        </w:rPr>
        <w:t>délka ________ m; šířka ________ m; výška ________ m</w:t>
      </w:r>
    </w:p>
    <w:p w14:paraId="1B8ECE52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Podklad, základ a známá únosnost: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</w:t>
      </w:r>
    </w:p>
    <w:p w14:paraId="508DD4EA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Vzdálenost BESS od bodu připojení: </w:t>
      </w:r>
      <w:r>
        <w:rPr>
          <w:rFonts w:ascii="Calibri" w:eastAsia="Calibri" w:hAnsi="Calibri" w:cs="Calibri"/>
          <w:color w:val="000000"/>
          <w:sz w:val="21"/>
        </w:rPr>
        <w:t>________ m; od trafostanice ________ m</w:t>
      </w:r>
    </w:p>
    <w:p w14:paraId="6C2DE687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Vzdálenost TS od hlavního rozvaděče: </w:t>
      </w:r>
      <w:r>
        <w:rPr>
          <w:rFonts w:ascii="Calibri" w:eastAsia="Calibri" w:hAnsi="Calibri" w:cs="Calibri"/>
          <w:color w:val="000000"/>
          <w:sz w:val="21"/>
        </w:rPr>
        <w:t>________ m</w:t>
      </w:r>
    </w:p>
    <w:p w14:paraId="37F1BADC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Vzdálenost od budov / hranic pozemku / hořlavin: </w:t>
      </w:r>
      <w:r>
        <w:rPr>
          <w:rFonts w:ascii="Calibri" w:eastAsia="Calibri" w:hAnsi="Calibri" w:cs="Calibri"/>
          <w:color w:val="000000"/>
          <w:sz w:val="21"/>
        </w:rPr>
        <w:t>___________________________ m</w:t>
      </w:r>
    </w:p>
    <w:p w14:paraId="4F9A6077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Možná kabelová trasa</w:t>
      </w:r>
    </w:p>
    <w:p w14:paraId="70738733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Výkop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Chránička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Kabelový žlab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Stávající trasa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1B16A4CB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Trasa: </w:t>
      </w:r>
      <w:r>
        <w:rPr>
          <w:rFonts w:ascii="Calibri" w:eastAsia="Calibri" w:hAnsi="Calibri" w:cs="Calibri"/>
          <w:color w:val="000000"/>
          <w:sz w:val="21"/>
        </w:rPr>
        <w:t>přibližná délka ________ m; prostupy / překážky / křížení: ________________</w:t>
      </w:r>
    </w:p>
    <w:p w14:paraId="4EBCBD90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Stávající kabely, pokud jsou známy: </w:t>
      </w:r>
      <w:r>
        <w:rPr>
          <w:rFonts w:ascii="Calibri" w:eastAsia="Calibri" w:hAnsi="Calibri" w:cs="Calibri"/>
          <w:color w:val="000000"/>
          <w:sz w:val="21"/>
        </w:rPr>
        <w:t>typ / průřez / délka / volná kapacita: __________</w:t>
      </w:r>
    </w:p>
    <w:p w14:paraId="39C11188" w14:textId="77777777" w:rsidR="00FC274E" w:rsidRDefault="00000000">
      <w:pPr>
        <w:keepLines/>
        <w:spacing w:before="0" w:after="120" w:line="260" w:lineRule="auto"/>
        <w:rPr>
          <w:rFonts w:ascii="Calibri" w:eastAsia="Calibri" w:hAnsi="Calibri" w:cs="Calibri"/>
          <w:color w:val="000000"/>
          <w:sz w:val="21"/>
        </w:rPr>
      </w:pPr>
      <w:r>
        <w:rPr>
          <w:rFonts w:ascii="Calibri" w:eastAsia="Calibri" w:hAnsi="Calibri" w:cs="Calibri"/>
          <w:b/>
          <w:color w:val="000000"/>
          <w:sz w:val="21"/>
        </w:rPr>
        <w:t xml:space="preserve">Vnější vlivy: </w:t>
      </w:r>
      <w:r>
        <w:rPr>
          <w:rFonts w:ascii="Calibri" w:eastAsia="Calibri" w:hAnsi="Calibri" w:cs="Calibri"/>
          <w:color w:val="000000"/>
          <w:sz w:val="21"/>
        </w:rPr>
        <w:t>záplavy / prach / koroze / teploty / hluková omezení: ________________</w:t>
      </w:r>
    </w:p>
    <w:p w14:paraId="1AE905E9" w14:textId="77777777" w:rsidR="0059691D" w:rsidRDefault="0059691D">
      <w:pPr>
        <w:keepLines/>
        <w:spacing w:before="0" w:after="120" w:line="260" w:lineRule="auto"/>
      </w:pPr>
    </w:p>
    <w:p w14:paraId="3ECA6E8A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B7  Řízení energie a komunikace</w:t>
      </w:r>
    </w:p>
    <w:p w14:paraId="76FF7FB1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Existuje systém řízení energie (EMS) nebo měření?</w:t>
      </w:r>
    </w:p>
    <w:p w14:paraId="42D2A828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EMS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SCADA / MaR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Podružné měření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Není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2689CDF1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Systém, výrobce a servisní kontakt: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</w:t>
      </w:r>
    </w:p>
    <w:p w14:paraId="0FAE4E00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Měřicí body a dostupné signály / data: </w:t>
      </w:r>
      <w:r>
        <w:rPr>
          <w:rFonts w:ascii="Calibri" w:eastAsia="Calibri" w:hAnsi="Calibri" w:cs="Calibri"/>
          <w:color w:val="000000"/>
          <w:sz w:val="21"/>
        </w:rPr>
        <w:t>_______________________________________</w:t>
      </w:r>
    </w:p>
    <w:p w14:paraId="2CF3195D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Dostupná komunikace v místě BESS</w:t>
      </w:r>
    </w:p>
    <w:p w14:paraId="0520C394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Ethernet / LAN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Optika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Mobilní síť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Jiná: __________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54FBC07C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Podporované protokoly / rozhraní: </w:t>
      </w:r>
      <w:r>
        <w:rPr>
          <w:rFonts w:ascii="Calibri" w:eastAsia="Calibri" w:hAnsi="Calibri" w:cs="Calibri"/>
          <w:color w:val="000000"/>
          <w:sz w:val="21"/>
        </w:rPr>
        <w:t>např. Modbus TCP/RTU, API: __________________</w:t>
      </w:r>
    </w:p>
    <w:p w14:paraId="591425F8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Požadované vazby řízení: </w:t>
      </w:r>
      <w:r>
        <w:rPr>
          <w:rFonts w:ascii="Calibri" w:eastAsia="Calibri" w:hAnsi="Calibri" w:cs="Calibri"/>
          <w:color w:val="000000"/>
          <w:sz w:val="21"/>
        </w:rPr>
        <w:t>FVE / spotřeba / exportní limit / backup / agregátor: _______</w:t>
      </w:r>
    </w:p>
    <w:p w14:paraId="75017B86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Vzdálený přístup a pravidla IT: </w:t>
      </w:r>
      <w:r>
        <w:rPr>
          <w:rFonts w:ascii="Calibri" w:eastAsia="Calibri" w:hAnsi="Calibri" w:cs="Calibri"/>
          <w:color w:val="000000"/>
          <w:sz w:val="21"/>
        </w:rPr>
        <w:t>VPN / firewall / přístupová práva / omezení: _________</w:t>
      </w:r>
    </w:p>
    <w:p w14:paraId="54ECBB1D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Kdo má BESS řídit a zajišťovat dohled: </w:t>
      </w:r>
      <w:r>
        <w:rPr>
          <w:rFonts w:ascii="Calibri" w:eastAsia="Calibri" w:hAnsi="Calibri" w:cs="Calibri"/>
          <w:color w:val="000000"/>
          <w:sz w:val="21"/>
        </w:rPr>
        <w:t>_______________________________________</w:t>
      </w:r>
    </w:p>
    <w:p w14:paraId="18D3360F" w14:textId="77777777" w:rsidR="00FC274E" w:rsidRDefault="00000000">
      <w:pPr>
        <w:keepLines/>
        <w:spacing w:before="40" w:after="12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79CD8DDA" w14:textId="77777777" w:rsidR="00FC274E" w:rsidRDefault="00000000">
      <w:pPr>
        <w:pStyle w:val="1"/>
        <w:keepNext/>
        <w:keepLines/>
        <w:pageBreakBefore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lastRenderedPageBreak/>
        <w:t>B  TECHNICKÉ INFORMACE — POKRAČOVÁNÍ</w:t>
      </w:r>
    </w:p>
    <w:p w14:paraId="5DC7CB12" w14:textId="77777777" w:rsidR="00FC274E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B8  Požární bezpečnost a další omezení</w:t>
      </w:r>
    </w:p>
    <w:p w14:paraId="54C65A83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Požárně bezpečnostní řešení (PBŘ) a elektrická požární signalizace (EPS)</w:t>
      </w:r>
    </w:p>
    <w:p w14:paraId="588B3FC9" w14:textId="77777777" w:rsidR="00FC274E" w:rsidRDefault="00000000">
      <w:pPr>
        <w:keepLines/>
        <w:spacing w:before="0" w:after="60" w:line="260" w:lineRule="auto"/>
      </w:pPr>
      <w:r>
        <w:rPr>
          <w:rFonts w:ascii="Calibri" w:eastAsia="Calibri" w:hAnsi="Calibri" w:cs="Calibri"/>
          <w:color w:val="000000"/>
          <w:sz w:val="21"/>
        </w:rPr>
        <w:t xml:space="preserve">PBŘ: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K dispozici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Není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Nevím; EPS: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Ano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Nevím</w:t>
      </w:r>
    </w:p>
    <w:p w14:paraId="711AE6F2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Známé požadavky požární bezpečnosti / pojišťovny: </w:t>
      </w:r>
      <w:r>
        <w:rPr>
          <w:rFonts w:ascii="Calibri" w:eastAsia="Calibri" w:hAnsi="Calibri" w:cs="Calibri"/>
          <w:color w:val="000000"/>
          <w:sz w:val="21"/>
        </w:rPr>
        <w:t>___________________________</w:t>
      </w:r>
    </w:p>
    <w:p w14:paraId="301AC574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Požární přístup, zásahové cesty a hasicí prostředky: </w:t>
      </w:r>
      <w:r>
        <w:rPr>
          <w:rFonts w:ascii="Calibri" w:eastAsia="Calibri" w:hAnsi="Calibri" w:cs="Calibri"/>
          <w:color w:val="000000"/>
          <w:sz w:val="21"/>
        </w:rPr>
        <w:t>___________________________</w:t>
      </w:r>
    </w:p>
    <w:p w14:paraId="0E15D094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Požadavky na detekci, hašení, větrání nebo napojení na EPS: </w:t>
      </w:r>
      <w:r>
        <w:rPr>
          <w:rFonts w:ascii="Calibri" w:eastAsia="Calibri" w:hAnsi="Calibri" w:cs="Calibri"/>
          <w:color w:val="000000"/>
          <w:sz w:val="21"/>
        </w:rPr>
        <w:t>____________________</w:t>
      </w:r>
    </w:p>
    <w:p w14:paraId="75EF84A5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Další omezení: </w:t>
      </w:r>
      <w:r>
        <w:rPr>
          <w:rFonts w:ascii="Calibri" w:eastAsia="Calibri" w:hAnsi="Calibri" w:cs="Calibri"/>
          <w:color w:val="000000"/>
          <w:sz w:val="21"/>
        </w:rPr>
        <w:t>ochranná pásma / stavební omezení / výbušné prostředí: ____________</w:t>
      </w:r>
    </w:p>
    <w:p w14:paraId="00C0A7B4" w14:textId="77777777" w:rsidR="00FC274E" w:rsidRDefault="00000000">
      <w:pPr>
        <w:keepLines/>
        <w:spacing w:before="40" w:after="8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79EE5E4F" w14:textId="77777777" w:rsidR="00FC274E" w:rsidRDefault="00000000">
      <w:pPr>
        <w:keepLines/>
        <w:spacing w:before="0" w:after="80" w:line="2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</w:t>
      </w:r>
    </w:p>
    <w:p w14:paraId="72CAFAAC" w14:textId="77777777" w:rsidR="0059691D" w:rsidRDefault="0059691D">
      <w:pPr>
        <w:keepLines/>
        <w:spacing w:before="0" w:after="80" w:line="260" w:lineRule="auto"/>
      </w:pPr>
    </w:p>
    <w:p w14:paraId="2AB72951" w14:textId="77777777" w:rsidR="0059691D" w:rsidRDefault="0059691D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</w:pPr>
    </w:p>
    <w:p w14:paraId="48A4E633" w14:textId="559F0991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B</w:t>
      </w:r>
      <w:r w:rsidR="00EB198D"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9 Dostupné</w:t>
      </w: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 xml:space="preserve"> dokumenty a fotografie</w:t>
      </w:r>
    </w:p>
    <w:p w14:paraId="79200E50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color w:val="000000"/>
        </w:rPr>
        <w:t>Označte pouze podklady, které máte. Není nutné mít kompletní dokumentaci; pomůže i jednoduchý náčrt nebo fotografie. Průběhová data za posledních 12 měsíců jsou vítána, pokud jsou dostupná.</w:t>
      </w:r>
    </w:p>
    <w:p w14:paraId="5DD20075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Dokumenty, které můžete poskytnout</w:t>
      </w:r>
    </w:p>
    <w:p w14:paraId="5C6869D6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Smlouva / podmínky připojení a údaje k rezervovanému příkonu a výkonu</w:t>
      </w:r>
    </w:p>
    <w:p w14:paraId="2CB10EB6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Faktury / vyúčtování elektřiny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Průběhová data spotřeby a výroby</w:t>
      </w:r>
    </w:p>
    <w:p w14:paraId="1F8E1909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Jednopólové schéma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Elektro dokumentace TS, transformátorů a rozvaděčů</w:t>
      </w:r>
    </w:p>
    <w:p w14:paraId="29633B99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Výchozí / pravidelné revize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Protokol o určení vnějších vlivů</w:t>
      </w:r>
    </w:p>
    <w:p w14:paraId="5EF22171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Situace areálu / katastrální mapa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Výkresy kabelových tras (PDF / DWG)</w:t>
      </w:r>
    </w:p>
    <w:p w14:paraId="09F9C31F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Stavební dokumentace / základy / statika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PBŘ / požární dokumentace</w:t>
      </w:r>
    </w:p>
    <w:p w14:paraId="4DBF3249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Dokumentace FVE, dalších zdrojů, EMS a měření</w:t>
      </w:r>
    </w:p>
    <w:p w14:paraId="3AF8F2F0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Žádná dokumentace není k dispozici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Jiné: __________________________</w:t>
      </w:r>
    </w:p>
    <w:p w14:paraId="7B8CA18C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Fotodokumentace</w:t>
      </w:r>
    </w:p>
    <w:p w14:paraId="5D1E792F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Celkový pohled na areál a navržené místo BESS</w:t>
      </w:r>
    </w:p>
    <w:p w14:paraId="751BEDB1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Přípojka / sloup / kiosková TS / měřicí místo a elektroměr</w:t>
      </w:r>
    </w:p>
    <w:p w14:paraId="4B7A958A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Trafostanice a štítky transformátorů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Hlavní rozvaděč a jeho štítek</w:t>
      </w:r>
    </w:p>
    <w:p w14:paraId="38C79AE3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Bod připojení BESS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Kabelové trasy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Příjezd a manipulační prostor</w:t>
      </w:r>
    </w:p>
    <w:p w14:paraId="5C8DC271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color w:val="000000"/>
          <w:sz w:val="19"/>
        </w:rPr>
        <w:t>Fotografie pořiďte pouze z bezpečně přístupných míst. Rozvaděče a elektrická zařízení neotvírejte kvůli dotazníku bez oprávněné osoby.</w:t>
      </w:r>
    </w:p>
    <w:p w14:paraId="456949EF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Podklady přiložené nyní / doplněné později: </w:t>
      </w:r>
      <w:r>
        <w:rPr>
          <w:rFonts w:ascii="Calibri" w:eastAsia="Calibri" w:hAnsi="Calibri" w:cs="Calibri"/>
          <w:color w:val="000000"/>
          <w:sz w:val="21"/>
        </w:rPr>
        <w:t>___________________________________</w:t>
      </w:r>
    </w:p>
    <w:p w14:paraId="73462A57" w14:textId="77777777" w:rsidR="00FC274E" w:rsidRDefault="00000000">
      <w:pPr>
        <w:keepLines/>
        <w:spacing w:before="0" w:after="100" w:line="260" w:lineRule="auto"/>
      </w:pPr>
      <w:r>
        <w:rPr>
          <w:rFonts w:ascii="Calibri" w:eastAsia="Calibri" w:hAnsi="Calibri" w:cs="Calibri"/>
          <w:color w:val="000000"/>
        </w:rPr>
        <w:t>Není potřeba vytvářet novou dokumentaci kvůli vyplnění dotazníku. Zašlete pouze to, co již máte k dispozici.</w:t>
      </w:r>
    </w:p>
    <w:p w14:paraId="65D3479C" w14:textId="77777777" w:rsidR="00FC274E" w:rsidRDefault="00000000">
      <w:pPr>
        <w:keepLines/>
        <w:spacing w:before="40" w:after="12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756F1D2F" w14:textId="77777777" w:rsidR="00FC274E" w:rsidRDefault="00000000">
      <w:pPr>
        <w:pStyle w:val="1"/>
        <w:keepNext/>
        <w:keepLines/>
        <w:pageBreakBefore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lastRenderedPageBreak/>
        <w:t>C  ORGANIZACE PROJEKTU</w:t>
      </w:r>
    </w:p>
    <w:p w14:paraId="42BF9B65" w14:textId="77777777" w:rsidR="00FC274E" w:rsidRDefault="00000000">
      <w:pPr>
        <w:keepNext/>
        <w:keepLines/>
        <w:spacing w:before="0" w:after="100" w:line="260" w:lineRule="auto"/>
      </w:pPr>
      <w:r>
        <w:rPr>
          <w:rFonts w:ascii="Calibri" w:eastAsia="Calibri" w:hAnsi="Calibri" w:cs="Calibri"/>
          <w:color w:val="000000"/>
        </w:rPr>
        <w:t>Tuto část může vyplnit osoba, která koordinuje investici nebo provoz areálu. Uveďte předpokládaný rozsah, termíny a známá omezení.</w:t>
      </w:r>
    </w:p>
    <w:p w14:paraId="4BB94D54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C1  Přístup do areálu a podmínky montáže</w:t>
      </w:r>
    </w:p>
    <w:p w14:paraId="1ED86EFA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Příjezd a přístup techniky: </w:t>
      </w:r>
      <w:r>
        <w:rPr>
          <w:rFonts w:ascii="Calibri" w:eastAsia="Calibri" w:hAnsi="Calibri" w:cs="Calibri"/>
          <w:color w:val="000000"/>
          <w:sz w:val="21"/>
        </w:rPr>
        <w:t>kamion / jeřáb / manipulační prostor / limity: __________</w:t>
      </w:r>
    </w:p>
    <w:p w14:paraId="70263007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Prostor pro dočasné uskladnění materiálu: </w:t>
      </w:r>
      <w:r>
        <w:rPr>
          <w:rFonts w:ascii="Calibri" w:eastAsia="Calibri" w:hAnsi="Calibri" w:cs="Calibri"/>
          <w:color w:val="000000"/>
          <w:sz w:val="21"/>
        </w:rPr>
        <w:t>__________________________________</w:t>
      </w:r>
    </w:p>
    <w:p w14:paraId="040D7A20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Pracovní doba a možné odstávky: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</w:t>
      </w:r>
    </w:p>
    <w:p w14:paraId="1412E197" w14:textId="77777777" w:rsidR="00FC274E" w:rsidRDefault="00000000">
      <w:pPr>
        <w:keepLines/>
        <w:spacing w:before="0" w:after="80" w:line="260" w:lineRule="auto"/>
        <w:rPr>
          <w:rFonts w:ascii="Calibri" w:eastAsia="Calibri" w:hAnsi="Calibri" w:cs="Calibri"/>
          <w:color w:val="000000"/>
          <w:sz w:val="21"/>
        </w:rPr>
      </w:pPr>
      <w:r>
        <w:rPr>
          <w:rFonts w:ascii="Calibri" w:eastAsia="Calibri" w:hAnsi="Calibri" w:cs="Calibri"/>
          <w:b/>
          <w:color w:val="000000"/>
          <w:sz w:val="21"/>
        </w:rPr>
        <w:t xml:space="preserve">BOZP a pravidla vstupu do areálu: </w:t>
      </w:r>
      <w:r>
        <w:rPr>
          <w:rFonts w:ascii="Calibri" w:eastAsia="Calibri" w:hAnsi="Calibri" w:cs="Calibri"/>
          <w:color w:val="000000"/>
          <w:sz w:val="21"/>
        </w:rPr>
        <w:t>školení / doprovod / povolení: _________________</w:t>
      </w:r>
    </w:p>
    <w:p w14:paraId="7E2711EA" w14:textId="77777777" w:rsidR="0059691D" w:rsidRDefault="0059691D">
      <w:pPr>
        <w:keepLines/>
        <w:spacing w:before="0" w:after="80" w:line="260" w:lineRule="auto"/>
      </w:pPr>
    </w:p>
    <w:p w14:paraId="336507AB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C2  Rozsah dodávky a termíny</w:t>
      </w:r>
    </w:p>
    <w:p w14:paraId="45E3EC3C" w14:textId="77777777" w:rsidR="00FC274E" w:rsidRDefault="00000000">
      <w:pPr>
        <w:keepNext/>
        <w:keepLines/>
        <w:spacing w:before="0" w:after="4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>Požadovaný rozsah spolupráce</w:t>
      </w:r>
    </w:p>
    <w:p w14:paraId="53EA8DB7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Koncepční návrh / studie proveditelnosti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Ekonomické vyhodnocení</w:t>
      </w:r>
    </w:p>
    <w:p w14:paraId="684B901A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Projektová dokumentace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Vyřízení připojení a povolení</w:t>
      </w:r>
    </w:p>
    <w:p w14:paraId="35E4217E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Dodávka BESS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Stavební příprava / základy / kabelové trasy</w:t>
      </w:r>
    </w:p>
    <w:p w14:paraId="0BE5B5C5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Úprava trafostanice / rozvaděče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Montáž, zapojení a uvedení do provozu</w:t>
      </w:r>
    </w:p>
    <w:p w14:paraId="067AF5A0" w14:textId="77777777" w:rsidR="00FC274E" w:rsidRDefault="00000000">
      <w:pPr>
        <w:keepNext/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EMS / měření / integrace agregátora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Revize a předání dokumentace</w:t>
      </w:r>
    </w:p>
    <w:p w14:paraId="362DB14D" w14:textId="77777777" w:rsidR="00FC274E" w:rsidRDefault="00000000">
      <w:pPr>
        <w:keepLines/>
        <w:spacing w:before="0" w:after="60" w:line="260" w:lineRule="auto"/>
      </w:pP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Servis / monitoring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Kompletní řešení na klíč   </w:t>
      </w:r>
      <w:r>
        <w:rPr>
          <w:rFonts w:ascii="Segoe UI Symbol" w:eastAsia="Segoe UI Symbol" w:hAnsi="Segoe UI Symbol" w:cs="Segoe UI Symbol"/>
          <w:color w:val="000000"/>
          <w:sz w:val="21"/>
        </w:rPr>
        <w:t>☐</w:t>
      </w:r>
      <w:r>
        <w:rPr>
          <w:rFonts w:ascii="Calibri" w:eastAsia="Calibri" w:hAnsi="Calibri" w:cs="Calibri"/>
          <w:color w:val="000000"/>
          <w:sz w:val="21"/>
        </w:rPr>
        <w:t xml:space="preserve"> Potřebuji doporučení</w:t>
      </w:r>
    </w:p>
    <w:p w14:paraId="11F796F7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Práce zajišťované klientem nebo jiným dodavatelem: </w:t>
      </w:r>
      <w:r>
        <w:rPr>
          <w:rFonts w:ascii="Calibri" w:eastAsia="Calibri" w:hAnsi="Calibri" w:cs="Calibri"/>
          <w:color w:val="000000"/>
          <w:sz w:val="21"/>
        </w:rPr>
        <w:t>__________________________</w:t>
      </w:r>
    </w:p>
    <w:p w14:paraId="626739DA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Požadovaný termín návrhu / nabídky: </w:t>
      </w:r>
      <w:r>
        <w:rPr>
          <w:rFonts w:ascii="Calibri" w:eastAsia="Calibri" w:hAnsi="Calibri" w:cs="Calibri"/>
          <w:color w:val="000000"/>
          <w:sz w:val="21"/>
        </w:rPr>
        <w:t>_______________________________________</w:t>
      </w:r>
    </w:p>
    <w:p w14:paraId="2D233BE9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Plánovaný termín realizace / uvedení do provozu: </w:t>
      </w:r>
      <w:r>
        <w:rPr>
          <w:rFonts w:ascii="Calibri" w:eastAsia="Calibri" w:hAnsi="Calibri" w:cs="Calibri"/>
          <w:color w:val="000000"/>
          <w:sz w:val="21"/>
        </w:rPr>
        <w:t>____________________________</w:t>
      </w:r>
    </w:p>
    <w:p w14:paraId="3BBE19B5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Rozpočet, pokud je stanoven: </w:t>
      </w:r>
      <w:r>
        <w:rPr>
          <w:rFonts w:ascii="Calibri" w:eastAsia="Calibri" w:hAnsi="Calibri" w:cs="Calibri"/>
          <w:color w:val="000000"/>
          <w:sz w:val="21"/>
        </w:rPr>
        <w:t>________________ Kč; ☐ bez DPH ☐ s DPH</w:t>
      </w:r>
    </w:p>
    <w:p w14:paraId="06ED1A36" w14:textId="77777777" w:rsidR="00FC274E" w:rsidRDefault="00000000">
      <w:pPr>
        <w:keepLines/>
        <w:spacing w:before="0" w:after="8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Osoba schvalující investici: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________________________________________________</w:t>
      </w:r>
    </w:p>
    <w:p w14:paraId="51133AD8" w14:textId="77777777" w:rsidR="00FC274E" w:rsidRDefault="00000000">
      <w:pPr>
        <w:keepLines/>
        <w:spacing w:before="40" w:after="80" w:line="260" w:lineRule="auto"/>
      </w:pPr>
      <w:r>
        <w:rPr>
          <w:rFonts w:ascii="Calibri" w:eastAsia="Calibri" w:hAnsi="Calibri" w:cs="Calibri"/>
          <w:color w:val="000000"/>
        </w:rPr>
        <w:t>Komentář nebo upřesnění: ____________________________________________________________________</w:t>
      </w:r>
    </w:p>
    <w:p w14:paraId="69C55745" w14:textId="77777777" w:rsidR="00FC274E" w:rsidRDefault="00000000">
      <w:pPr>
        <w:keepLines/>
        <w:spacing w:before="0" w:after="80" w:line="2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</w:t>
      </w:r>
    </w:p>
    <w:p w14:paraId="2E31130F" w14:textId="77777777" w:rsidR="0059691D" w:rsidRDefault="0059691D">
      <w:pPr>
        <w:keepLines/>
        <w:spacing w:before="0" w:after="80" w:line="260" w:lineRule="auto"/>
      </w:pPr>
    </w:p>
    <w:p w14:paraId="6D311E8F" w14:textId="77777777" w:rsidR="0059691D" w:rsidRDefault="0059691D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</w:pPr>
    </w:p>
    <w:p w14:paraId="52B1D3FF" w14:textId="75D4AFF9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C</w:t>
      </w:r>
      <w:r w:rsidR="00EB198D"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3 Kontakty</w:t>
      </w: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 xml:space="preserve"> a další domluva</w:t>
      </w:r>
    </w:p>
    <w:p w14:paraId="0B1EC6FD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Kontakt pro technické podklady: </w:t>
      </w:r>
      <w:r>
        <w:rPr>
          <w:rFonts w:ascii="Calibri" w:eastAsia="Calibri" w:hAnsi="Calibri" w:cs="Calibri"/>
          <w:color w:val="000000"/>
          <w:sz w:val="21"/>
        </w:rPr>
        <w:t>jméno / telefon / e-mail: _____________________</w:t>
      </w:r>
    </w:p>
    <w:p w14:paraId="36C49A39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Kontakt pro přístup do areálu, pokud je jiný: </w:t>
      </w:r>
      <w:r>
        <w:rPr>
          <w:rFonts w:ascii="Calibri" w:eastAsia="Calibri" w:hAnsi="Calibri" w:cs="Calibri"/>
          <w:color w:val="000000"/>
          <w:sz w:val="21"/>
        </w:rPr>
        <w:t>________________________________</w:t>
      </w:r>
    </w:p>
    <w:p w14:paraId="2F5D4D08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Možný termín prohlídky / další domluva: </w:t>
      </w:r>
      <w:r>
        <w:rPr>
          <w:rFonts w:ascii="Calibri" w:eastAsia="Calibri" w:hAnsi="Calibri" w:cs="Calibri"/>
          <w:color w:val="000000"/>
          <w:sz w:val="21"/>
        </w:rPr>
        <w:t>____________________________________</w:t>
      </w:r>
    </w:p>
    <w:p w14:paraId="2960FAF5" w14:textId="77777777" w:rsidR="00FC274E" w:rsidRDefault="00000000">
      <w:pPr>
        <w:pStyle w:val="1"/>
        <w:keepNext/>
        <w:keepLines/>
        <w:pageBreakBefore/>
        <w:spacing w:before="180" w:after="140" w:line="300" w:lineRule="auto"/>
        <w:ind w:left="100" w:right="100"/>
      </w:pPr>
      <w:r>
        <w:rPr>
          <w:rFonts w:ascii="Calibri" w:eastAsia="Calibri" w:hAnsi="Calibri" w:cs="Calibri"/>
          <w:b/>
          <w:caps w:val="0"/>
          <w:color w:val="FFFFFF"/>
          <w:spacing w:val="0"/>
          <w:sz w:val="21"/>
        </w:rPr>
        <w:lastRenderedPageBreak/>
        <w:t>C  ORGANIZACE PROJEKTU — POKRAČOVÁNÍ</w:t>
      </w:r>
    </w:p>
    <w:p w14:paraId="088854AF" w14:textId="77777777" w:rsidR="00FC274E" w:rsidRPr="0059691D" w:rsidRDefault="00000000" w:rsidP="0059691D">
      <w:pPr>
        <w:pStyle w:val="21"/>
        <w:keepNext/>
        <w:keepLines/>
        <w:pBdr>
          <w:top w:val="nil"/>
          <w:left w:val="nil"/>
          <w:bottom w:val="nil"/>
          <w:right w:val="nil"/>
        </w:pBdr>
        <w:shd w:val="clear" w:color="auto" w:fill="FFFFFF"/>
        <w:spacing w:after="100" w:line="260" w:lineRule="auto"/>
        <w:jc w:val="center"/>
        <w:rPr>
          <w:sz w:val="22"/>
          <w:szCs w:val="22"/>
        </w:rPr>
      </w:pPr>
      <w:r w:rsidRPr="0059691D">
        <w:rPr>
          <w:rFonts w:ascii="Calibri" w:eastAsia="Calibri" w:hAnsi="Calibri" w:cs="Calibri"/>
          <w:b/>
          <w:caps w:val="0"/>
          <w:color w:val="000000"/>
          <w:spacing w:val="0"/>
          <w:sz w:val="24"/>
          <w:szCs w:val="22"/>
        </w:rPr>
        <w:t>C4  Volné poznámky a doplnění</w:t>
      </w:r>
    </w:p>
    <w:p w14:paraId="71258295" w14:textId="77777777" w:rsidR="00FC274E" w:rsidRDefault="00000000">
      <w:pPr>
        <w:keepLines/>
        <w:spacing w:before="0" w:after="100" w:line="260" w:lineRule="auto"/>
      </w:pPr>
      <w:r>
        <w:rPr>
          <w:rFonts w:ascii="Calibri" w:eastAsia="Calibri" w:hAnsi="Calibri" w:cs="Calibri"/>
          <w:color w:val="000000"/>
        </w:rPr>
        <w:t>Zde můžete volně popsat konkrétní situaci, nejistoty, údaje, které je třeba dohledat, nebo komentář k libovolnému bodu. Pro snadnější orientaci lze uvést číslo příslušné části. Můžete přiložit i samostatnou přílohu.</w:t>
      </w:r>
    </w:p>
    <w:p w14:paraId="470F7322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36C0B37F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19B2E84E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7F86B1A7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6D5A5225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3D0E46A9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67B9868D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536BC229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68049128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1241ABD0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7C68FCD6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62B8995F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5EE0C6A0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7030BE4A" w14:textId="77777777" w:rsidR="00FC274E" w:rsidRDefault="00000000">
      <w:pPr>
        <w:keepLines/>
        <w:spacing w:before="0" w:after="180" w:line="260" w:lineRule="auto"/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</w:t>
      </w:r>
    </w:p>
    <w:p w14:paraId="190118BE" w14:textId="77777777" w:rsidR="00FC274E" w:rsidRDefault="00000000">
      <w:pPr>
        <w:keepLines/>
        <w:spacing w:before="0" w:after="120" w:line="260" w:lineRule="auto"/>
      </w:pPr>
      <w:r>
        <w:rPr>
          <w:rFonts w:ascii="Calibri" w:eastAsia="Calibri" w:hAnsi="Calibri" w:cs="Calibri"/>
          <w:b/>
          <w:color w:val="000000"/>
          <w:sz w:val="21"/>
        </w:rPr>
        <w:t xml:space="preserve">Vyplnil/a / datum: </w:t>
      </w:r>
      <w:r>
        <w:rPr>
          <w:rFonts w:ascii="Calibri" w:eastAsia="Calibri" w:hAnsi="Calibri" w:cs="Calibri"/>
          <w:color w:val="000000"/>
          <w:sz w:val="21"/>
        </w:rPr>
        <w:t>______________________________________________________</w:t>
      </w:r>
    </w:p>
    <w:p w14:paraId="5A1EEE3D" w14:textId="77777777" w:rsidR="00FC274E" w:rsidRDefault="00000000">
      <w:pPr>
        <w:keepLines/>
        <w:spacing w:before="80" w:after="60" w:line="260" w:lineRule="auto"/>
      </w:pPr>
      <w:r>
        <w:rPr>
          <w:rFonts w:ascii="Calibri" w:eastAsia="Calibri" w:hAnsi="Calibri" w:cs="Calibri"/>
          <w:b/>
          <w:color w:val="000000"/>
        </w:rPr>
        <w:t>Děkujeme za vyplnění dotazníku.</w:t>
      </w:r>
    </w:p>
    <w:p w14:paraId="6FA6835B" w14:textId="77777777" w:rsidR="00FC274E" w:rsidRDefault="00000000">
      <w:pPr>
        <w:keepLines/>
        <w:spacing w:before="0" w:after="100" w:line="260" w:lineRule="auto"/>
      </w:pPr>
      <w:r>
        <w:rPr>
          <w:rFonts w:ascii="Calibri" w:eastAsia="Calibri" w:hAnsi="Calibri" w:cs="Calibri"/>
          <w:b/>
          <w:color w:val="000000"/>
        </w:rPr>
        <w:t>Vyplňte pouze známé a dostupné údaje. Neznámá pole lze ponechat prázdná; k jakémukoli bodu můžete připojit volný komentář nebo vysvětlení. I částečně vyplněný dotazník nám poskytne základ pro další společné posouzení.</w:t>
      </w:r>
    </w:p>
    <w:p w14:paraId="620A3B29" w14:textId="77777777" w:rsidR="00FC274E" w:rsidRDefault="00000000">
      <w:pPr>
        <w:keepLines/>
        <w:spacing w:before="0" w:after="0" w:line="2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Vyplněný formulář a dostupné přílohy nám prosím zašlete na arasstar@email.cz. Na základě podkladů s vámi projdeme další postup a připravíme koncepční návrh řešení.</w:t>
      </w:r>
    </w:p>
    <w:p w14:paraId="73D5CB88" w14:textId="77777777" w:rsidR="0059691D" w:rsidRPr="0059691D" w:rsidRDefault="0059691D" w:rsidP="0059691D"/>
    <w:p w14:paraId="256F2026" w14:textId="77777777" w:rsidR="0059691D" w:rsidRPr="0059691D" w:rsidRDefault="0059691D" w:rsidP="0059691D"/>
    <w:p w14:paraId="7C36DAB8" w14:textId="77777777" w:rsidR="0059691D" w:rsidRPr="0059691D" w:rsidRDefault="0059691D" w:rsidP="0059691D"/>
    <w:p w14:paraId="2A567278" w14:textId="77777777" w:rsidR="0059691D" w:rsidRPr="0059691D" w:rsidRDefault="0059691D" w:rsidP="0059691D"/>
    <w:p w14:paraId="26C1B975" w14:textId="77777777" w:rsidR="0059691D" w:rsidRPr="0059691D" w:rsidRDefault="0059691D" w:rsidP="0059691D">
      <w:pPr>
        <w:jc w:val="right"/>
      </w:pPr>
    </w:p>
    <w:sectPr w:rsidR="0059691D" w:rsidRPr="0059691D" w:rsidSect="00291D9C">
      <w:headerReference w:type="default" r:id="rId8"/>
      <w:footerReference w:type="default" r:id="rId9"/>
      <w:pgSz w:w="12240" w:h="15840"/>
      <w:pgMar w:top="2050" w:right="720" w:bottom="12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E5A52" w14:textId="77777777" w:rsidR="00EA7D1A" w:rsidRPr="008B517C" w:rsidRDefault="00EA7D1A">
      <w:pPr>
        <w:spacing w:before="0" w:after="0" w:line="240" w:lineRule="auto"/>
      </w:pPr>
      <w:r w:rsidRPr="008B517C">
        <w:separator/>
      </w:r>
    </w:p>
  </w:endnote>
  <w:endnote w:type="continuationSeparator" w:id="0">
    <w:p w14:paraId="6E3E8C10" w14:textId="77777777" w:rsidR="00EA7D1A" w:rsidRPr="008B517C" w:rsidRDefault="00EA7D1A">
      <w:pPr>
        <w:spacing w:before="0" w:after="0" w:line="240" w:lineRule="auto"/>
      </w:pPr>
      <w:r w:rsidRPr="008B51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CE72" w14:textId="14491450" w:rsidR="009B2942" w:rsidRPr="004B59BD" w:rsidRDefault="00291D9C" w:rsidP="004B59BD">
    <w:pPr>
      <w:pStyle w:val="a7"/>
      <w:jc w:val="right"/>
      <w:rPr>
        <w:sz w:val="18"/>
        <w:szCs w:val="18"/>
      </w:rPr>
    </w:pPr>
    <w:r w:rsidRPr="004B59BD">
      <w:rPr>
        <w:b/>
        <w:szCs w:val="18"/>
      </w:rPr>
      <w:t xml:space="preserve">ARAS STAR s.r.o. </w:t>
    </w:r>
  </w:p>
  <w:p w14:paraId="1472CE8C" w14:textId="77777777" w:rsidR="009B2942" w:rsidRPr="004B59BD" w:rsidRDefault="00291D9C" w:rsidP="004B59BD">
    <w:pPr>
      <w:jc w:val="right"/>
      <w:rPr>
        <w:sz w:val="18"/>
        <w:szCs w:val="18"/>
      </w:rPr>
    </w:pPr>
    <w:r w:rsidRPr="004B59BD">
      <w:rPr>
        <w:sz w:val="16"/>
        <w:szCs w:val="18"/>
      </w:rPr>
      <w:t xml:space="preserve">IČO:07703805 | </w:t>
    </w:r>
    <w:r w:rsidR="005A6798" w:rsidRPr="004B59BD">
      <w:rPr>
        <w:sz w:val="16"/>
        <w:szCs w:val="18"/>
      </w:rPr>
      <w:t>Nademlejnská</w:t>
    </w:r>
    <w:r w:rsidRPr="004B59BD">
      <w:rPr>
        <w:sz w:val="16"/>
        <w:szCs w:val="18"/>
      </w:rPr>
      <w:t xml:space="preserve"> 600/1, Hloubětín, Praha | +420 725 970 306</w:t>
    </w:r>
    <w:r w:rsidRPr="004B59BD">
      <w:rPr>
        <w:sz w:val="16"/>
        <w:szCs w:val="18"/>
      </w:rPr>
      <w:br/>
      <w:t>arasstar@email.cz | info@arasstar.eu | www.arasstar.eu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56180" w14:textId="77777777" w:rsidR="00EA7D1A" w:rsidRPr="008B517C" w:rsidRDefault="00EA7D1A">
      <w:pPr>
        <w:spacing w:before="0" w:after="0" w:line="240" w:lineRule="auto"/>
      </w:pPr>
      <w:r w:rsidRPr="008B517C">
        <w:separator/>
      </w:r>
    </w:p>
  </w:footnote>
  <w:footnote w:type="continuationSeparator" w:id="0">
    <w:p w14:paraId="1E76B641" w14:textId="77777777" w:rsidR="00EA7D1A" w:rsidRPr="008B517C" w:rsidRDefault="00EA7D1A">
      <w:pPr>
        <w:spacing w:before="0" w:after="0" w:line="240" w:lineRule="auto"/>
      </w:pPr>
      <w:r w:rsidRPr="008B51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EC1DE" w14:textId="77777777" w:rsidR="009B2942" w:rsidRPr="008B517C" w:rsidRDefault="00E67CF7" w:rsidP="00291D9C">
    <w:pPr>
      <w:pStyle w:val="a5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DC4FFF" wp14:editId="1226FB94">
          <wp:simplePos x="0" y="0"/>
          <wp:positionH relativeFrom="column">
            <wp:posOffset>6093318</wp:posOffset>
          </wp:positionH>
          <wp:positionV relativeFrom="paragraph">
            <wp:posOffset>-164123</wp:posOffset>
          </wp:positionV>
          <wp:extent cx="758699" cy="553442"/>
          <wp:effectExtent l="0" t="0" r="3810" b="0"/>
          <wp:wrapNone/>
          <wp:docPr id="206248041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699" cy="55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935F59"/>
    <w:multiLevelType w:val="multilevel"/>
    <w:tmpl w:val="8CD091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F6683C"/>
    <w:multiLevelType w:val="multilevel"/>
    <w:tmpl w:val="35462B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58661B7"/>
    <w:multiLevelType w:val="multilevel"/>
    <w:tmpl w:val="35462B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9D77167"/>
    <w:multiLevelType w:val="multilevel"/>
    <w:tmpl w:val="8CD091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D539A4"/>
    <w:multiLevelType w:val="multilevel"/>
    <w:tmpl w:val="1A0CB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AF90FC2"/>
    <w:multiLevelType w:val="hybridMultilevel"/>
    <w:tmpl w:val="8CB81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767816">
    <w:abstractNumId w:val="8"/>
  </w:num>
  <w:num w:numId="2" w16cid:durableId="1002317844">
    <w:abstractNumId w:val="6"/>
  </w:num>
  <w:num w:numId="3" w16cid:durableId="345642385">
    <w:abstractNumId w:val="5"/>
  </w:num>
  <w:num w:numId="4" w16cid:durableId="1895002609">
    <w:abstractNumId w:val="4"/>
  </w:num>
  <w:num w:numId="5" w16cid:durableId="784080001">
    <w:abstractNumId w:val="7"/>
  </w:num>
  <w:num w:numId="6" w16cid:durableId="453133386">
    <w:abstractNumId w:val="3"/>
  </w:num>
  <w:num w:numId="7" w16cid:durableId="532962478">
    <w:abstractNumId w:val="2"/>
  </w:num>
  <w:num w:numId="8" w16cid:durableId="1395935921">
    <w:abstractNumId w:val="1"/>
  </w:num>
  <w:num w:numId="9" w16cid:durableId="159198551">
    <w:abstractNumId w:val="0"/>
  </w:num>
  <w:num w:numId="10" w16cid:durableId="1455758596">
    <w:abstractNumId w:val="14"/>
  </w:num>
  <w:num w:numId="11" w16cid:durableId="957219092">
    <w:abstractNumId w:val="13"/>
  </w:num>
  <w:num w:numId="12" w16cid:durableId="858930800">
    <w:abstractNumId w:val="10"/>
  </w:num>
  <w:num w:numId="13" w16cid:durableId="1446850884">
    <w:abstractNumId w:val="11"/>
  </w:num>
  <w:num w:numId="14" w16cid:durableId="1530679579">
    <w:abstractNumId w:val="9"/>
  </w:num>
  <w:num w:numId="15" w16cid:durableId="9471999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489"/>
    <w:rsid w:val="0011421C"/>
    <w:rsid w:val="00142A85"/>
    <w:rsid w:val="0015074B"/>
    <w:rsid w:val="001A30A2"/>
    <w:rsid w:val="001D2BD0"/>
    <w:rsid w:val="001F7473"/>
    <w:rsid w:val="00247242"/>
    <w:rsid w:val="00255C87"/>
    <w:rsid w:val="00291D9C"/>
    <w:rsid w:val="0029639D"/>
    <w:rsid w:val="00326F90"/>
    <w:rsid w:val="00374147"/>
    <w:rsid w:val="003E3EEE"/>
    <w:rsid w:val="0044508E"/>
    <w:rsid w:val="004B59BD"/>
    <w:rsid w:val="004C2265"/>
    <w:rsid w:val="0055221F"/>
    <w:rsid w:val="0059691D"/>
    <w:rsid w:val="005A46BC"/>
    <w:rsid w:val="005A6798"/>
    <w:rsid w:val="00664A05"/>
    <w:rsid w:val="00673032"/>
    <w:rsid w:val="006F5983"/>
    <w:rsid w:val="00766094"/>
    <w:rsid w:val="007F08D1"/>
    <w:rsid w:val="007F5FC5"/>
    <w:rsid w:val="008252FE"/>
    <w:rsid w:val="008459D2"/>
    <w:rsid w:val="00855718"/>
    <w:rsid w:val="008B517C"/>
    <w:rsid w:val="00917A38"/>
    <w:rsid w:val="009237C7"/>
    <w:rsid w:val="00925CA5"/>
    <w:rsid w:val="009346EF"/>
    <w:rsid w:val="009B2942"/>
    <w:rsid w:val="009B7DD1"/>
    <w:rsid w:val="00A017BE"/>
    <w:rsid w:val="00A12163"/>
    <w:rsid w:val="00A13A6E"/>
    <w:rsid w:val="00A365E3"/>
    <w:rsid w:val="00A40648"/>
    <w:rsid w:val="00A5225C"/>
    <w:rsid w:val="00AA1D8D"/>
    <w:rsid w:val="00B35B95"/>
    <w:rsid w:val="00B47730"/>
    <w:rsid w:val="00B53674"/>
    <w:rsid w:val="00BF5C10"/>
    <w:rsid w:val="00CB0664"/>
    <w:rsid w:val="00E63029"/>
    <w:rsid w:val="00E67CF7"/>
    <w:rsid w:val="00EA7D1A"/>
    <w:rsid w:val="00EB198D"/>
    <w:rsid w:val="00ED543D"/>
    <w:rsid w:val="00F02EC8"/>
    <w:rsid w:val="00F07744"/>
    <w:rsid w:val="00F47479"/>
    <w:rsid w:val="00F60A82"/>
    <w:rsid w:val="00FA0A87"/>
    <w:rsid w:val="00FC27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CBDB8C"/>
  <w14:defaultImageDpi w14:val="300"/>
  <w15:docId w15:val="{84AD8252-09B7-4B12-A1F5-0D6954FD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91D9C"/>
    <w:rPr>
      <w:lang w:val="cs-CZ"/>
    </w:rPr>
  </w:style>
  <w:style w:type="paragraph" w:styleId="1">
    <w:name w:val="heading 1"/>
    <w:basedOn w:val="a1"/>
    <w:next w:val="a1"/>
    <w:link w:val="10"/>
    <w:uiPriority w:val="9"/>
    <w:qFormat/>
    <w:rsid w:val="004C2265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1">
    <w:name w:val="heading 2"/>
    <w:basedOn w:val="a1"/>
    <w:next w:val="a1"/>
    <w:link w:val="22"/>
    <w:uiPriority w:val="9"/>
    <w:unhideWhenUsed/>
    <w:qFormat/>
    <w:rsid w:val="00291D9C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31">
    <w:name w:val="heading 3"/>
    <w:basedOn w:val="a1"/>
    <w:next w:val="a1"/>
    <w:link w:val="32"/>
    <w:uiPriority w:val="9"/>
    <w:unhideWhenUsed/>
    <w:qFormat/>
    <w:rsid w:val="00291D9C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91D9C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91D9C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91D9C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91D9C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91D9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91D9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291D9C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4C2265"/>
    <w:rPr>
      <w:caps/>
      <w:color w:val="FFFFFF" w:themeColor="background1"/>
      <w:spacing w:val="15"/>
      <w:sz w:val="22"/>
      <w:szCs w:val="22"/>
      <w:shd w:val="clear" w:color="auto" w:fill="4F81BD" w:themeFill="accent1"/>
      <w:lang w:val="cs-CZ"/>
    </w:rPr>
  </w:style>
  <w:style w:type="character" w:customStyle="1" w:styleId="22">
    <w:name w:val="Заголовок 2 Знак"/>
    <w:basedOn w:val="a2"/>
    <w:link w:val="21"/>
    <w:uiPriority w:val="9"/>
    <w:rsid w:val="00291D9C"/>
    <w:rPr>
      <w:caps/>
      <w:spacing w:val="15"/>
      <w:shd w:val="clear" w:color="auto" w:fill="DBE5F1" w:themeFill="accent1" w:themeFillTint="33"/>
    </w:rPr>
  </w:style>
  <w:style w:type="character" w:customStyle="1" w:styleId="32">
    <w:name w:val="Заголовок 3 Знак"/>
    <w:basedOn w:val="a2"/>
    <w:link w:val="31"/>
    <w:uiPriority w:val="9"/>
    <w:rsid w:val="00291D9C"/>
    <w:rPr>
      <w:caps/>
      <w:color w:val="243F60" w:themeColor="accent1" w:themeShade="7F"/>
      <w:spacing w:val="15"/>
    </w:rPr>
  </w:style>
  <w:style w:type="paragraph" w:styleId="aa">
    <w:name w:val="Title"/>
    <w:basedOn w:val="a1"/>
    <w:next w:val="a1"/>
    <w:link w:val="ab"/>
    <w:uiPriority w:val="10"/>
    <w:qFormat/>
    <w:rsid w:val="00291D9C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291D9C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291D9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d">
    <w:name w:val="Подзаголовок Знак"/>
    <w:basedOn w:val="a2"/>
    <w:link w:val="ac"/>
    <w:uiPriority w:val="11"/>
    <w:rsid w:val="00291D9C"/>
    <w:rPr>
      <w:caps/>
      <w:color w:val="595959" w:themeColor="text1" w:themeTint="A6"/>
      <w:spacing w:val="10"/>
      <w:sz w:val="21"/>
      <w:szCs w:val="21"/>
    </w:rPr>
  </w:style>
  <w:style w:type="paragraph" w:styleId="ae">
    <w:name w:val="List Paragraph"/>
    <w:basedOn w:val="a1"/>
    <w:uiPriority w:val="34"/>
    <w:qFormat/>
    <w:rsid w:val="00291D9C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291D9C"/>
    <w:rPr>
      <w:i/>
      <w:iCs/>
      <w:sz w:val="24"/>
      <w:szCs w:val="24"/>
    </w:rPr>
  </w:style>
  <w:style w:type="character" w:customStyle="1" w:styleId="28">
    <w:name w:val="Цитата 2 Знак"/>
    <w:basedOn w:val="a2"/>
    <w:link w:val="27"/>
    <w:uiPriority w:val="29"/>
    <w:rsid w:val="00291D9C"/>
    <w:rPr>
      <w:i/>
      <w:iCs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291D9C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2"/>
    <w:link w:val="5"/>
    <w:uiPriority w:val="9"/>
    <w:semiHidden/>
    <w:rsid w:val="00291D9C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2"/>
    <w:link w:val="6"/>
    <w:uiPriority w:val="9"/>
    <w:semiHidden/>
    <w:rsid w:val="00291D9C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2"/>
    <w:link w:val="7"/>
    <w:uiPriority w:val="9"/>
    <w:semiHidden/>
    <w:rsid w:val="00291D9C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291D9C"/>
    <w:rPr>
      <w:caps/>
      <w:spacing w:val="10"/>
      <w:sz w:val="18"/>
      <w:szCs w:val="18"/>
    </w:rPr>
  </w:style>
  <w:style w:type="character" w:customStyle="1" w:styleId="90">
    <w:name w:val="Заголовок 9 Знак"/>
    <w:basedOn w:val="a2"/>
    <w:link w:val="9"/>
    <w:uiPriority w:val="9"/>
    <w:semiHidden/>
    <w:rsid w:val="00291D9C"/>
    <w:rPr>
      <w:i/>
      <w:iCs/>
      <w:caps/>
      <w:spacing w:val="10"/>
      <w:sz w:val="18"/>
      <w:szCs w:val="18"/>
    </w:rPr>
  </w:style>
  <w:style w:type="paragraph" w:styleId="af5">
    <w:name w:val="caption"/>
    <w:basedOn w:val="a1"/>
    <w:next w:val="a1"/>
    <w:uiPriority w:val="35"/>
    <w:semiHidden/>
    <w:unhideWhenUsed/>
    <w:qFormat/>
    <w:rsid w:val="00291D9C"/>
    <w:rPr>
      <w:b/>
      <w:bCs/>
      <w:color w:val="365F91" w:themeColor="accent1" w:themeShade="BF"/>
      <w:sz w:val="16"/>
      <w:szCs w:val="16"/>
    </w:rPr>
  </w:style>
  <w:style w:type="character" w:styleId="af6">
    <w:name w:val="Strong"/>
    <w:uiPriority w:val="22"/>
    <w:qFormat/>
    <w:rsid w:val="00291D9C"/>
    <w:rPr>
      <w:b/>
      <w:bCs/>
    </w:rPr>
  </w:style>
  <w:style w:type="character" w:styleId="af7">
    <w:name w:val="Emphasis"/>
    <w:uiPriority w:val="20"/>
    <w:qFormat/>
    <w:rsid w:val="00291D9C"/>
    <w:rPr>
      <w:caps/>
      <w:color w:val="243F60" w:themeColor="accent1" w:themeShade="7F"/>
      <w:spacing w:val="5"/>
    </w:rPr>
  </w:style>
  <w:style w:type="paragraph" w:styleId="af8">
    <w:name w:val="Intense Quote"/>
    <w:basedOn w:val="a1"/>
    <w:next w:val="a1"/>
    <w:link w:val="af9"/>
    <w:uiPriority w:val="30"/>
    <w:qFormat/>
    <w:rsid w:val="00291D9C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af9">
    <w:name w:val="Выделенная цитата Знак"/>
    <w:basedOn w:val="a2"/>
    <w:link w:val="af8"/>
    <w:uiPriority w:val="30"/>
    <w:rsid w:val="00291D9C"/>
    <w:rPr>
      <w:color w:val="4F81BD" w:themeColor="accent1"/>
      <w:sz w:val="24"/>
      <w:szCs w:val="24"/>
    </w:rPr>
  </w:style>
  <w:style w:type="character" w:styleId="afa">
    <w:name w:val="Subtle Emphasis"/>
    <w:uiPriority w:val="19"/>
    <w:qFormat/>
    <w:rsid w:val="00291D9C"/>
    <w:rPr>
      <w:i/>
      <w:iCs/>
      <w:color w:val="243F60" w:themeColor="accent1" w:themeShade="7F"/>
    </w:rPr>
  </w:style>
  <w:style w:type="character" w:styleId="afb">
    <w:name w:val="Intense Emphasis"/>
    <w:uiPriority w:val="21"/>
    <w:qFormat/>
    <w:rsid w:val="00291D9C"/>
    <w:rPr>
      <w:b/>
      <w:bCs/>
      <w:caps/>
      <w:color w:val="243F60" w:themeColor="accent1" w:themeShade="7F"/>
      <w:spacing w:val="10"/>
    </w:rPr>
  </w:style>
  <w:style w:type="character" w:styleId="afc">
    <w:name w:val="Subtle Reference"/>
    <w:uiPriority w:val="31"/>
    <w:qFormat/>
    <w:rsid w:val="00291D9C"/>
    <w:rPr>
      <w:b/>
      <w:bCs/>
      <w:color w:val="4F81BD" w:themeColor="accent1"/>
    </w:rPr>
  </w:style>
  <w:style w:type="character" w:styleId="afd">
    <w:name w:val="Intense Reference"/>
    <w:uiPriority w:val="32"/>
    <w:qFormat/>
    <w:rsid w:val="00291D9C"/>
    <w:rPr>
      <w:b/>
      <w:bCs/>
      <w:i/>
      <w:iCs/>
      <w:caps/>
      <w:color w:val="4F81BD" w:themeColor="accent1"/>
    </w:rPr>
  </w:style>
  <w:style w:type="character" w:styleId="afe">
    <w:name w:val="Book Title"/>
    <w:uiPriority w:val="33"/>
    <w:qFormat/>
    <w:rsid w:val="00291D9C"/>
    <w:rPr>
      <w:b/>
      <w:bCs/>
      <w:i/>
      <w:iCs/>
      <w:spacing w:val="0"/>
    </w:rPr>
  </w:style>
  <w:style w:type="paragraph" w:styleId="aff">
    <w:name w:val="TOC Heading"/>
    <w:basedOn w:val="1"/>
    <w:next w:val="a1"/>
    <w:uiPriority w:val="39"/>
    <w:semiHidden/>
    <w:unhideWhenUsed/>
    <w:qFormat/>
    <w:rsid w:val="00291D9C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917A38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F60A82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F60A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9</Pages>
  <Words>2583</Words>
  <Characters>14724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Dotazník pro návrh bateriového úložiště BESS</dc:title>
  <dc:subject>Prvotní sběr údajů pro koncepční návrh</dc:subject>
  <dc:creator>ARAS STAR s.r.o.</dc:creator>
  <cp:keywords/>
  <cp:lastModifiedBy>Rustam Huliiev</cp:lastModifiedBy>
  <cp:revision>24</cp:revision>
  <dcterms:created xsi:type="dcterms:W3CDTF">2013-12-23T23:15:00Z</dcterms:created>
  <dcterms:modified xsi:type="dcterms:W3CDTF">2026-10-06T16:29:00Z</dcterms:modified>
  <cp:category/>
</cp:coreProperties>
</file>